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5416F" w14:textId="444C0470" w:rsidR="00704766" w:rsidRDefault="00704766">
      <w:pPr>
        <w:spacing w:before="240"/>
        <w:jc w:val="center"/>
        <w:rPr>
          <w:b/>
          <w:color w:val="2E75B6"/>
          <w:sz w:val="24"/>
          <w:lang w:eastAsia="ko-KR"/>
        </w:rPr>
      </w:pPr>
    </w:p>
    <w:p w14:paraId="33531255" w14:textId="77777777" w:rsidR="00704766" w:rsidRDefault="00704766">
      <w:pPr>
        <w:spacing w:before="240"/>
        <w:jc w:val="center"/>
        <w:rPr>
          <w:b/>
          <w:color w:val="2E75B6"/>
          <w:sz w:val="24"/>
          <w:lang w:eastAsia="ko-KR"/>
        </w:rPr>
      </w:pPr>
    </w:p>
    <w:p w14:paraId="1ECFB016" w14:textId="491D9A4C" w:rsidR="001D0660" w:rsidRPr="00704766" w:rsidRDefault="001B52BD" w:rsidP="00704766">
      <w:pPr>
        <w:spacing w:after="0"/>
        <w:jc w:val="center"/>
        <w:rPr>
          <w:color w:val="000000" w:themeColor="text1"/>
          <w:lang w:eastAsia="ko-KR"/>
        </w:rPr>
      </w:pPr>
      <w:r w:rsidRPr="00704766">
        <w:rPr>
          <w:b/>
          <w:color w:val="000000" w:themeColor="text1"/>
          <w:sz w:val="52"/>
          <w:lang w:eastAsia="ko-KR"/>
        </w:rPr>
        <w:t>2027시즌 제주 SK FC</w:t>
      </w:r>
    </w:p>
    <w:p w14:paraId="20A302CD" w14:textId="2CC3D1BD" w:rsidR="001D0660" w:rsidRPr="00704766" w:rsidRDefault="001B52BD" w:rsidP="00704766">
      <w:pPr>
        <w:spacing w:after="0"/>
        <w:jc w:val="center"/>
        <w:rPr>
          <w:b/>
          <w:color w:val="000000" w:themeColor="text1"/>
          <w:sz w:val="52"/>
          <w:lang w:eastAsia="ko-KR"/>
        </w:rPr>
      </w:pPr>
      <w:r w:rsidRPr="00704766">
        <w:rPr>
          <w:b/>
          <w:color w:val="000000" w:themeColor="text1"/>
          <w:sz w:val="52"/>
          <w:lang w:eastAsia="ko-KR"/>
        </w:rPr>
        <w:t>일본 전지훈련 운영 대행 용역</w:t>
      </w:r>
    </w:p>
    <w:p w14:paraId="28AF3EE7" w14:textId="1575DA78" w:rsidR="001D0660" w:rsidRPr="00704766" w:rsidRDefault="001B52BD" w:rsidP="00704766">
      <w:pPr>
        <w:spacing w:after="0"/>
        <w:jc w:val="center"/>
        <w:rPr>
          <w:bCs/>
          <w:color w:val="000000" w:themeColor="text1"/>
          <w:sz w:val="30"/>
          <w:lang w:eastAsia="ko-KR"/>
        </w:rPr>
      </w:pPr>
      <w:r w:rsidRPr="00704766">
        <w:rPr>
          <w:bCs/>
          <w:color w:val="000000" w:themeColor="text1"/>
          <w:sz w:val="30"/>
          <w:lang w:eastAsia="ko-KR"/>
        </w:rPr>
        <w:t>사업자 선정 입찰공고서 · 제안요청서</w:t>
      </w:r>
    </w:p>
    <w:p w14:paraId="654AD96D" w14:textId="03840E68" w:rsidR="00704766" w:rsidRDefault="00704766" w:rsidP="00704766">
      <w:pPr>
        <w:spacing w:after="0"/>
        <w:jc w:val="center"/>
        <w:rPr>
          <w:b/>
          <w:color w:val="555555"/>
          <w:sz w:val="30"/>
          <w:lang w:eastAsia="ko-KR"/>
        </w:rPr>
      </w:pPr>
    </w:p>
    <w:p w14:paraId="7C295D28" w14:textId="59E7BC45" w:rsidR="00704766" w:rsidRDefault="00704766" w:rsidP="00704766">
      <w:pPr>
        <w:spacing w:after="0"/>
        <w:jc w:val="center"/>
        <w:rPr>
          <w:b/>
          <w:color w:val="555555"/>
          <w:sz w:val="30"/>
          <w:lang w:eastAsia="ko-KR"/>
        </w:rPr>
      </w:pPr>
    </w:p>
    <w:p w14:paraId="2A2E7CE8" w14:textId="77777777" w:rsidR="00704766" w:rsidRPr="00704766" w:rsidRDefault="00704766" w:rsidP="00704766">
      <w:pPr>
        <w:spacing w:after="0"/>
        <w:jc w:val="center"/>
        <w:rPr>
          <w:lang w:eastAsia="ko-KR"/>
        </w:rPr>
      </w:pP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815"/>
      </w:tblGrid>
      <w:tr w:rsidR="001D0660" w:rsidRPr="00704766" w14:paraId="44EB169B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28F92D0" w14:textId="77777777" w:rsidR="001D0660" w:rsidRPr="00704766" w:rsidRDefault="001B52BD">
            <w:pPr>
              <w:spacing w:after="0" w:line="269" w:lineRule="auto"/>
              <w:jc w:val="center"/>
              <w:rPr>
                <w:sz w:val="20"/>
                <w:szCs w:val="20"/>
              </w:rPr>
            </w:pPr>
            <w:proofErr w:type="spellStart"/>
            <w:r w:rsidRPr="00704766">
              <w:rPr>
                <w:b/>
                <w:color w:val="000000"/>
                <w:sz w:val="20"/>
                <w:szCs w:val="20"/>
              </w:rPr>
              <w:t>훈련지역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C958B89" w14:textId="77777777" w:rsidR="001D0660" w:rsidRDefault="001B52BD">
            <w:pPr>
              <w:spacing w:after="0" w:line="269" w:lineRule="auto"/>
              <w:rPr>
                <w:color w:val="000000"/>
                <w:sz w:val="20"/>
                <w:szCs w:val="20"/>
              </w:rPr>
            </w:pPr>
            <w:proofErr w:type="spellStart"/>
            <w:r w:rsidRPr="00704766">
              <w:rPr>
                <w:color w:val="000000"/>
                <w:sz w:val="20"/>
                <w:szCs w:val="20"/>
              </w:rPr>
              <w:t>일본</w:t>
            </w:r>
            <w:proofErr w:type="spellEnd"/>
            <w:r w:rsidRPr="00704766">
              <w:rPr>
                <w:color w:val="000000"/>
                <w:sz w:val="20"/>
                <w:szCs w:val="20"/>
              </w:rPr>
              <w:t xml:space="preserve"> </w:t>
            </w:r>
          </w:p>
          <w:p w14:paraId="6900207C" w14:textId="543E6DAE" w:rsidR="00B6617A" w:rsidRPr="00B6617A" w:rsidRDefault="00B6617A" w:rsidP="00B6617A">
            <w:pPr>
              <w:pStyle w:val="a9"/>
              <w:numPr>
                <w:ilvl w:val="0"/>
                <w:numId w:val="37"/>
              </w:numPr>
              <w:spacing w:after="0" w:line="269" w:lineRule="auto"/>
              <w:rPr>
                <w:rFonts w:hint="eastAsia"/>
                <w:sz w:val="20"/>
                <w:szCs w:val="20"/>
                <w:lang w:eastAsia="ko-KR"/>
              </w:rPr>
            </w:pPr>
            <w:r>
              <w:rPr>
                <w:rFonts w:hint="eastAsia"/>
                <w:sz w:val="20"/>
                <w:szCs w:val="20"/>
                <w:lang w:eastAsia="ko-KR"/>
              </w:rPr>
              <w:t>오키나와를 최우선 검토 지역으로 하되,</w:t>
            </w:r>
            <w:r>
              <w:rPr>
                <w:sz w:val="20"/>
                <w:szCs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szCs w:val="20"/>
                <w:lang w:eastAsia="ko-KR"/>
              </w:rPr>
              <w:t>제안업체는 훈련환경,</w:t>
            </w:r>
            <w:r>
              <w:rPr>
                <w:sz w:val="20"/>
                <w:szCs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szCs w:val="20"/>
                <w:lang w:eastAsia="ko-KR"/>
              </w:rPr>
              <w:t>기후,</w:t>
            </w:r>
            <w:r>
              <w:rPr>
                <w:sz w:val="20"/>
                <w:szCs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szCs w:val="20"/>
                <w:lang w:eastAsia="ko-KR"/>
              </w:rPr>
              <w:t>접근성,</w:t>
            </w:r>
            <w:r>
              <w:rPr>
                <w:sz w:val="20"/>
                <w:szCs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szCs w:val="20"/>
                <w:lang w:eastAsia="ko-KR"/>
              </w:rPr>
              <w:t>숙박시설,</w:t>
            </w:r>
            <w:r>
              <w:rPr>
                <w:sz w:val="20"/>
                <w:szCs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szCs w:val="20"/>
                <w:lang w:eastAsia="ko-KR"/>
              </w:rPr>
              <w:t>연습경기 상대팀 수급 및 비용 효율성 등을 종합적으로 고려하여 일본 내 다른 지역을 제안할 수 있음</w:t>
            </w:r>
          </w:p>
        </w:tc>
      </w:tr>
      <w:tr w:rsidR="001D0660" w:rsidRPr="00704766" w14:paraId="0F3322EC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9CEFED2" w14:textId="77777777" w:rsidR="001D0660" w:rsidRPr="00704766" w:rsidRDefault="001B52BD">
            <w:pPr>
              <w:spacing w:after="0" w:line="269" w:lineRule="auto"/>
              <w:jc w:val="center"/>
              <w:rPr>
                <w:sz w:val="20"/>
                <w:szCs w:val="20"/>
              </w:rPr>
            </w:pPr>
            <w:proofErr w:type="spellStart"/>
            <w:r w:rsidRPr="00704766">
              <w:rPr>
                <w:b/>
                <w:color w:val="000000"/>
                <w:sz w:val="20"/>
                <w:szCs w:val="20"/>
              </w:rPr>
              <w:t>훈련기간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5126ED7" w14:textId="77777777" w:rsidR="001D0660" w:rsidRPr="00704766" w:rsidRDefault="001B52BD">
            <w:pPr>
              <w:spacing w:after="0" w:line="269" w:lineRule="auto"/>
              <w:rPr>
                <w:sz w:val="20"/>
                <w:szCs w:val="20"/>
              </w:rPr>
            </w:pPr>
            <w:r w:rsidRPr="00704766">
              <w:rPr>
                <w:color w:val="000000"/>
                <w:sz w:val="20"/>
                <w:szCs w:val="20"/>
              </w:rPr>
              <w:t>2027. 1. 25.(월) - 2. 7.(일) / 13박 14일</w:t>
            </w:r>
          </w:p>
        </w:tc>
      </w:tr>
      <w:tr w:rsidR="001D0660" w:rsidRPr="00704766" w14:paraId="08283C54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7CF7208" w14:textId="77777777" w:rsidR="001D0660" w:rsidRPr="00704766" w:rsidRDefault="001B52BD">
            <w:pPr>
              <w:spacing w:after="0" w:line="269" w:lineRule="auto"/>
              <w:jc w:val="center"/>
              <w:rPr>
                <w:sz w:val="20"/>
                <w:szCs w:val="20"/>
              </w:rPr>
            </w:pPr>
            <w:proofErr w:type="spellStart"/>
            <w:r w:rsidRPr="00704766">
              <w:rPr>
                <w:b/>
                <w:color w:val="000000"/>
                <w:sz w:val="20"/>
                <w:szCs w:val="20"/>
              </w:rPr>
              <w:t>예상인원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C565C86" w14:textId="77777777" w:rsidR="001D0660" w:rsidRPr="00704766" w:rsidRDefault="001B52BD">
            <w:pPr>
              <w:spacing w:after="0" w:line="269" w:lineRule="auto"/>
              <w:rPr>
                <w:sz w:val="20"/>
                <w:szCs w:val="20"/>
                <w:lang w:eastAsia="ko-KR"/>
              </w:rPr>
            </w:pPr>
            <w:r w:rsidRPr="00704766">
              <w:rPr>
                <w:color w:val="000000"/>
                <w:sz w:val="20"/>
                <w:szCs w:val="20"/>
                <w:lang w:eastAsia="ko-KR"/>
              </w:rPr>
              <w:t>선수 30명, 코칭·</w:t>
            </w:r>
            <w:proofErr w:type="spellStart"/>
            <w:r w:rsidRPr="00704766">
              <w:rPr>
                <w:color w:val="000000"/>
                <w:sz w:val="20"/>
                <w:szCs w:val="20"/>
                <w:lang w:eastAsia="ko-KR"/>
              </w:rPr>
              <w:t>지원스태프</w:t>
            </w:r>
            <w:proofErr w:type="spellEnd"/>
            <w:r w:rsidRPr="00704766">
              <w:rPr>
                <w:color w:val="000000"/>
                <w:sz w:val="20"/>
                <w:szCs w:val="20"/>
                <w:lang w:eastAsia="ko-KR"/>
              </w:rPr>
              <w:t xml:space="preserve"> 20명 등 약 50명</w:t>
            </w:r>
          </w:p>
        </w:tc>
      </w:tr>
      <w:tr w:rsidR="001D0660" w:rsidRPr="00704766" w14:paraId="2C2BA67C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A9F061C" w14:textId="77777777" w:rsidR="001D0660" w:rsidRPr="00704766" w:rsidRDefault="001B52BD">
            <w:pPr>
              <w:spacing w:after="0" w:line="269" w:lineRule="auto"/>
              <w:jc w:val="center"/>
              <w:rPr>
                <w:sz w:val="20"/>
                <w:szCs w:val="20"/>
              </w:rPr>
            </w:pPr>
            <w:proofErr w:type="spellStart"/>
            <w:r w:rsidRPr="00704766">
              <w:rPr>
                <w:b/>
                <w:color w:val="000000"/>
                <w:sz w:val="20"/>
                <w:szCs w:val="20"/>
              </w:rPr>
              <w:t>사업예산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1BA1E5E" w14:textId="382B8FAF" w:rsidR="001D0660" w:rsidRPr="00704766" w:rsidRDefault="001B52BD">
            <w:pPr>
              <w:spacing w:after="0" w:line="269" w:lineRule="auto"/>
              <w:rPr>
                <w:sz w:val="20"/>
                <w:szCs w:val="20"/>
                <w:lang w:eastAsia="ko-KR"/>
              </w:rPr>
            </w:pPr>
            <w:r w:rsidRPr="00704766">
              <w:rPr>
                <w:color w:val="000000"/>
                <w:sz w:val="20"/>
                <w:szCs w:val="20"/>
                <w:lang w:eastAsia="ko-KR"/>
              </w:rPr>
              <w:t xml:space="preserve">금 </w:t>
            </w:r>
            <w:r w:rsidR="00704766">
              <w:rPr>
                <w:color w:val="000000"/>
                <w:sz w:val="20"/>
                <w:szCs w:val="20"/>
                <w:lang w:eastAsia="ko-KR"/>
              </w:rPr>
              <w:t>25</w:t>
            </w:r>
            <w:r w:rsidRPr="00704766">
              <w:rPr>
                <w:color w:val="000000"/>
                <w:sz w:val="20"/>
                <w:szCs w:val="20"/>
                <w:lang w:eastAsia="ko-KR"/>
              </w:rPr>
              <w:t xml:space="preserve">0,000,000원 </w:t>
            </w:r>
            <w:r w:rsidR="007C6A03">
              <w:rPr>
                <w:rFonts w:hint="eastAsia"/>
                <w:color w:val="000000"/>
                <w:sz w:val="20"/>
                <w:szCs w:val="20"/>
                <w:lang w:eastAsia="ko-KR"/>
              </w:rPr>
              <w:t>내외</w:t>
            </w:r>
            <w:r w:rsidR="00704766">
              <w:rPr>
                <w:rFonts w:hint="eastAsia"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704766">
              <w:rPr>
                <w:color w:val="000000"/>
                <w:sz w:val="20"/>
                <w:szCs w:val="20"/>
                <w:lang w:eastAsia="ko-KR"/>
              </w:rPr>
              <w:t>(</w:t>
            </w:r>
            <w:r w:rsidR="00704766">
              <w:rPr>
                <w:rFonts w:hint="eastAsia"/>
                <w:color w:val="000000"/>
                <w:sz w:val="20"/>
                <w:szCs w:val="20"/>
                <w:lang w:eastAsia="ko-KR"/>
              </w:rPr>
              <w:t>V</w:t>
            </w:r>
            <w:r w:rsidR="00704766">
              <w:rPr>
                <w:color w:val="000000"/>
                <w:sz w:val="20"/>
                <w:szCs w:val="20"/>
                <w:lang w:eastAsia="ko-KR"/>
              </w:rPr>
              <w:t>A</w:t>
            </w:r>
            <w:r w:rsidR="00704766">
              <w:rPr>
                <w:rFonts w:hint="eastAsia"/>
                <w:color w:val="000000"/>
                <w:sz w:val="20"/>
                <w:szCs w:val="20"/>
                <w:lang w:eastAsia="ko-KR"/>
              </w:rPr>
              <w:t>T</w:t>
            </w:r>
            <w:r w:rsidR="00704766">
              <w:rPr>
                <w:color w:val="000000"/>
                <w:sz w:val="20"/>
                <w:szCs w:val="20"/>
                <w:lang w:eastAsia="ko-KR"/>
              </w:rPr>
              <w:t xml:space="preserve"> </w:t>
            </w:r>
            <w:r w:rsidR="00704766">
              <w:rPr>
                <w:rFonts w:hint="eastAsia"/>
                <w:color w:val="000000"/>
                <w:sz w:val="20"/>
                <w:szCs w:val="20"/>
                <w:lang w:eastAsia="ko-KR"/>
              </w:rPr>
              <w:t>별도</w:t>
            </w:r>
            <w:r w:rsidRPr="00704766">
              <w:rPr>
                <w:color w:val="000000"/>
                <w:sz w:val="20"/>
                <w:szCs w:val="20"/>
                <w:lang w:eastAsia="ko-KR"/>
              </w:rPr>
              <w:t>)</w:t>
            </w:r>
          </w:p>
        </w:tc>
      </w:tr>
      <w:tr w:rsidR="001D0660" w:rsidRPr="00704766" w14:paraId="02BE70FE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19EAE94" w14:textId="77777777" w:rsidR="001D0660" w:rsidRPr="00704766" w:rsidRDefault="001B52BD">
            <w:pPr>
              <w:spacing w:after="0" w:line="269" w:lineRule="auto"/>
              <w:jc w:val="center"/>
              <w:rPr>
                <w:sz w:val="20"/>
                <w:szCs w:val="20"/>
              </w:rPr>
            </w:pPr>
            <w:proofErr w:type="spellStart"/>
            <w:r w:rsidRPr="00704766">
              <w:rPr>
                <w:b/>
                <w:color w:val="000000"/>
                <w:sz w:val="20"/>
                <w:szCs w:val="20"/>
              </w:rPr>
              <w:t>선정방식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F9C1AD6" w14:textId="77777777" w:rsidR="001D0660" w:rsidRPr="00704766" w:rsidRDefault="001B52BD">
            <w:pPr>
              <w:spacing w:after="0" w:line="269" w:lineRule="auto"/>
              <w:rPr>
                <w:sz w:val="20"/>
                <w:szCs w:val="20"/>
                <w:lang w:eastAsia="ko-KR"/>
              </w:rPr>
            </w:pPr>
            <w:r w:rsidRPr="00704766">
              <w:rPr>
                <w:color w:val="000000"/>
                <w:sz w:val="20"/>
                <w:szCs w:val="20"/>
                <w:lang w:eastAsia="ko-KR"/>
              </w:rPr>
              <w:t>일반경쟁입찰(공개모집), 기술·가격 종합평가 및 협상에 의한 계약</w:t>
            </w:r>
          </w:p>
        </w:tc>
      </w:tr>
    </w:tbl>
    <w:p w14:paraId="5F016D4E" w14:textId="77777777" w:rsidR="001D0660" w:rsidRPr="00704766" w:rsidRDefault="001D0660">
      <w:pPr>
        <w:spacing w:after="20"/>
        <w:rPr>
          <w:lang w:eastAsia="ko-KR"/>
        </w:rPr>
      </w:pPr>
    </w:p>
    <w:p w14:paraId="3E6AE740" w14:textId="77777777" w:rsidR="00704766" w:rsidRDefault="00704766" w:rsidP="00704766">
      <w:pPr>
        <w:spacing w:before="240"/>
        <w:ind w:right="1260"/>
        <w:rPr>
          <w:color w:val="000000" w:themeColor="text1"/>
          <w:sz w:val="18"/>
          <w:lang w:eastAsia="ko-KR"/>
        </w:rPr>
      </w:pPr>
    </w:p>
    <w:p w14:paraId="092342D6" w14:textId="7A029C60" w:rsidR="00704766" w:rsidRPr="00B6617A" w:rsidRDefault="001B52BD" w:rsidP="00B6617A">
      <w:pPr>
        <w:spacing w:before="240"/>
        <w:jc w:val="center"/>
        <w:rPr>
          <w:rFonts w:hint="eastAsia"/>
          <w:b/>
          <w:bCs/>
          <w:color w:val="000000" w:themeColor="text1"/>
          <w:sz w:val="24"/>
          <w:szCs w:val="24"/>
          <w:lang w:eastAsia="ko-KR"/>
        </w:rPr>
      </w:pPr>
      <w:r w:rsidRPr="002722B1">
        <w:rPr>
          <w:b/>
          <w:bCs/>
          <w:color w:val="000000" w:themeColor="text1"/>
          <w:sz w:val="24"/>
          <w:szCs w:val="24"/>
          <w:lang w:eastAsia="ko-KR"/>
        </w:rPr>
        <w:t xml:space="preserve">2026. 9. </w:t>
      </w:r>
      <w:r w:rsidR="00C2465E">
        <w:rPr>
          <w:b/>
          <w:bCs/>
          <w:color w:val="000000" w:themeColor="text1"/>
          <w:sz w:val="24"/>
          <w:szCs w:val="24"/>
          <w:lang w:eastAsia="ko-KR"/>
        </w:rPr>
        <w:t>8</w:t>
      </w:r>
      <w:r w:rsidR="002722B1" w:rsidRPr="002722B1">
        <w:rPr>
          <w:b/>
          <w:bCs/>
          <w:color w:val="000000" w:themeColor="text1"/>
          <w:sz w:val="24"/>
          <w:szCs w:val="24"/>
          <w:lang w:eastAsia="ko-KR"/>
        </w:rPr>
        <w:t>.</w:t>
      </w:r>
    </w:p>
    <w:p w14:paraId="248DC668" w14:textId="77777777" w:rsidR="00704766" w:rsidRDefault="00704766" w:rsidP="00704766">
      <w:pPr>
        <w:spacing w:before="240"/>
        <w:rPr>
          <w:color w:val="000000" w:themeColor="text1"/>
          <w:sz w:val="20"/>
          <w:szCs w:val="20"/>
          <w:lang w:eastAsia="ko-KR"/>
        </w:rPr>
      </w:pPr>
    </w:p>
    <w:p w14:paraId="27A76280" w14:textId="082072E6" w:rsidR="00704766" w:rsidRPr="00003546" w:rsidRDefault="00704766" w:rsidP="00704766">
      <w:pPr>
        <w:spacing w:after="0"/>
        <w:jc w:val="center"/>
        <w:rPr>
          <w:b/>
          <w:color w:val="000000" w:themeColor="text1"/>
          <w:sz w:val="36"/>
          <w:szCs w:val="14"/>
          <w:lang w:eastAsia="ko-KR"/>
        </w:rPr>
      </w:pPr>
      <w:proofErr w:type="spellStart"/>
      <w:r w:rsidRPr="00003546">
        <w:rPr>
          <w:rFonts w:hint="eastAsia"/>
          <w:b/>
          <w:color w:val="000000" w:themeColor="text1"/>
          <w:sz w:val="36"/>
          <w:szCs w:val="14"/>
          <w:lang w:eastAsia="ko-KR"/>
        </w:rPr>
        <w:t>제주에스케이에프씨</w:t>
      </w:r>
      <w:proofErr w:type="spellEnd"/>
      <w:r w:rsidRPr="00003546">
        <w:rPr>
          <w:rFonts w:hint="eastAsia"/>
          <w:b/>
          <w:color w:val="000000" w:themeColor="text1"/>
          <w:sz w:val="36"/>
          <w:szCs w:val="14"/>
          <w:lang w:eastAsia="ko-KR"/>
        </w:rPr>
        <w:t xml:space="preserve"> 주식회사</w:t>
      </w:r>
    </w:p>
    <w:p w14:paraId="5FE48538" w14:textId="57AEB719" w:rsidR="00704766" w:rsidRDefault="00704766" w:rsidP="00704766">
      <w:pPr>
        <w:spacing w:after="0"/>
        <w:jc w:val="center"/>
        <w:rPr>
          <w:b/>
          <w:color w:val="000000" w:themeColor="text1"/>
          <w:sz w:val="52"/>
          <w:lang w:eastAsia="ko-KR"/>
        </w:rPr>
      </w:pPr>
    </w:p>
    <w:p w14:paraId="29139A6B" w14:textId="77777777" w:rsidR="002722B1" w:rsidRPr="00B6617A" w:rsidRDefault="002722B1" w:rsidP="00B6617A">
      <w:pPr>
        <w:rPr>
          <w:rFonts w:hint="eastAsia"/>
          <w:color w:val="000000"/>
          <w:sz w:val="20"/>
          <w:szCs w:val="20"/>
          <w:lang w:eastAsia="ko-KR"/>
        </w:rPr>
      </w:pPr>
    </w:p>
    <w:p w14:paraId="1105B308" w14:textId="30D39E0E" w:rsidR="001D0660" w:rsidRPr="00FC01B1" w:rsidRDefault="001B52BD" w:rsidP="00FC01B1">
      <w:pPr>
        <w:pStyle w:val="a9"/>
        <w:numPr>
          <w:ilvl w:val="0"/>
          <w:numId w:val="8"/>
        </w:numPr>
        <w:rPr>
          <w:b/>
          <w:color w:val="000000" w:themeColor="text1"/>
          <w:sz w:val="26"/>
        </w:rPr>
      </w:pPr>
      <w:proofErr w:type="spellStart"/>
      <w:r w:rsidRPr="00FC01B1">
        <w:rPr>
          <w:b/>
          <w:color w:val="000000" w:themeColor="text1"/>
          <w:sz w:val="26"/>
        </w:rPr>
        <w:lastRenderedPageBreak/>
        <w:t>입찰공고</w:t>
      </w:r>
      <w:proofErr w:type="spellEnd"/>
    </w:p>
    <w:p w14:paraId="4F4F7AA4" w14:textId="6B3030A1" w:rsidR="00FC01B1" w:rsidRPr="00FC01B1" w:rsidRDefault="001B52BD" w:rsidP="00FC01B1">
      <w:pPr>
        <w:pStyle w:val="a9"/>
        <w:numPr>
          <w:ilvl w:val="0"/>
          <w:numId w:val="9"/>
        </w:numPr>
        <w:rPr>
          <w:sz w:val="20"/>
          <w:szCs w:val="20"/>
          <w:lang w:eastAsia="ko-KR"/>
        </w:rPr>
      </w:pPr>
      <w:r w:rsidRPr="00FC01B1">
        <w:rPr>
          <w:color w:val="000000"/>
          <w:sz w:val="20"/>
          <w:szCs w:val="20"/>
          <w:lang w:eastAsia="ko-KR"/>
        </w:rPr>
        <w:t>제주 SK FC는 2027시즌 선수단의 체계적이고 안전한 해외 전지훈련 운영을 위하여 다음과 같이 운영 대행 용역 사업자를 공개 모집합니다.</w:t>
      </w:r>
    </w:p>
    <w:p w14:paraId="32C66EC0" w14:textId="77777777" w:rsidR="00FC01B1" w:rsidRPr="00FC01B1" w:rsidRDefault="00FC01B1" w:rsidP="00FC01B1">
      <w:pPr>
        <w:pStyle w:val="a9"/>
        <w:ind w:left="760"/>
        <w:rPr>
          <w:sz w:val="20"/>
          <w:szCs w:val="20"/>
          <w:lang w:eastAsia="ko-KR"/>
        </w:rPr>
      </w:pPr>
    </w:p>
    <w:p w14:paraId="227EB126" w14:textId="70A8EB6E" w:rsidR="001D0660" w:rsidRPr="00FC01B1" w:rsidRDefault="001B52BD" w:rsidP="00FC01B1">
      <w:pPr>
        <w:pStyle w:val="a9"/>
        <w:numPr>
          <w:ilvl w:val="0"/>
          <w:numId w:val="8"/>
        </w:numPr>
        <w:spacing w:before="240" w:after="0"/>
        <w:rPr>
          <w:b/>
          <w:color w:val="000000" w:themeColor="text1"/>
          <w:sz w:val="26"/>
        </w:rPr>
      </w:pPr>
      <w:proofErr w:type="spellStart"/>
      <w:r w:rsidRPr="00FC01B1">
        <w:rPr>
          <w:b/>
          <w:color w:val="000000" w:themeColor="text1"/>
          <w:sz w:val="26"/>
        </w:rPr>
        <w:t>사업</w:t>
      </w:r>
      <w:proofErr w:type="spellEnd"/>
      <w:r w:rsidRPr="00FC01B1">
        <w:rPr>
          <w:b/>
          <w:color w:val="000000" w:themeColor="text1"/>
          <w:sz w:val="26"/>
        </w:rPr>
        <w:t xml:space="preserve"> </w:t>
      </w:r>
      <w:proofErr w:type="spellStart"/>
      <w:r w:rsidRPr="00FC01B1">
        <w:rPr>
          <w:b/>
          <w:color w:val="000000" w:themeColor="text1"/>
          <w:sz w:val="26"/>
        </w:rPr>
        <w:t>개요</w:t>
      </w:r>
      <w:proofErr w:type="spellEnd"/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815"/>
      </w:tblGrid>
      <w:tr w:rsidR="001D0660" w:rsidRPr="00704766" w14:paraId="53251132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15ED20C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000000"/>
                <w:sz w:val="20"/>
                <w:szCs w:val="20"/>
              </w:rPr>
              <w:t>사업명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DAD0EFE" w14:textId="0CFB3E5B" w:rsidR="001D0660" w:rsidRPr="00FC01B1" w:rsidRDefault="001B52BD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2027시즌 제주 SK FC 일본 전지훈련 운영 대행 용역</w:t>
            </w:r>
          </w:p>
        </w:tc>
      </w:tr>
      <w:tr w:rsidR="001D0660" w:rsidRPr="00704766" w14:paraId="41DB5266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0118CB8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000000"/>
                <w:sz w:val="20"/>
                <w:szCs w:val="20"/>
              </w:rPr>
              <w:t>훈련지역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C505BB7" w14:textId="2EDDB839" w:rsidR="001D0660" w:rsidRPr="00FC01B1" w:rsidRDefault="001B52BD" w:rsidP="00FC01B1">
            <w:pPr>
              <w:spacing w:after="0" w:line="269" w:lineRule="auto"/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</w:pP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일본 일원</w:t>
            </w:r>
            <w:r w:rsidR="00BD6D4C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r w:rsidR="00BD6D4C">
              <w:rPr>
                <w:bCs/>
                <w:color w:val="000000"/>
                <w:sz w:val="20"/>
                <w:szCs w:val="20"/>
                <w:lang w:eastAsia="ko-KR"/>
              </w:rPr>
              <w:t>(</w:t>
            </w:r>
            <w:r w:rsidR="00BD6D4C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오키나와를 최우선 지역으로 검토하되,</w:t>
            </w:r>
            <w:r w:rsidR="00BD6D4C">
              <w:rPr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r w:rsidR="00BD6D4C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일본 내 다른 지역 제안 가능)</w:t>
            </w:r>
          </w:p>
        </w:tc>
      </w:tr>
      <w:tr w:rsidR="001D0660" w:rsidRPr="00704766" w14:paraId="2413BE4C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5F4E182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000000"/>
                <w:sz w:val="20"/>
                <w:szCs w:val="20"/>
              </w:rPr>
              <w:t>훈련기간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E7BF285" w14:textId="77777777" w:rsidR="001D0660" w:rsidRPr="00FC01B1" w:rsidRDefault="001B52BD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</w:rPr>
            </w:pPr>
            <w:r w:rsidRPr="00FC01B1">
              <w:rPr>
                <w:bCs/>
                <w:color w:val="000000"/>
                <w:sz w:val="20"/>
                <w:szCs w:val="20"/>
              </w:rPr>
              <w:t>2027. 1. 25.(월) - 2. 7.(일), 13박 14일</w:t>
            </w:r>
          </w:p>
        </w:tc>
      </w:tr>
      <w:tr w:rsidR="001D0660" w:rsidRPr="00704766" w14:paraId="2948211F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4782554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000000"/>
                <w:sz w:val="20"/>
                <w:szCs w:val="20"/>
              </w:rPr>
              <w:t>참가인원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03CD871" w14:textId="77777777" w:rsidR="001D0660" w:rsidRPr="00FC01B1" w:rsidRDefault="001B52BD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약 50명(선수 30명, 코칭·</w:t>
            </w:r>
            <w:proofErr w:type="spellStart"/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지원스태프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 xml:space="preserve"> 20명)</w:t>
            </w: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br/>
              <w:t>※ 최종 인원은 구단 사정에 따라 조정될 수 있음</w:t>
            </w:r>
          </w:p>
        </w:tc>
      </w:tr>
      <w:tr w:rsidR="001D0660" w:rsidRPr="00704766" w14:paraId="4CCFCA14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F2B7355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000000"/>
                <w:sz w:val="20"/>
                <w:szCs w:val="20"/>
              </w:rPr>
              <w:t>사업예산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0F4723F" w14:textId="1BDBE17B" w:rsidR="001D0660" w:rsidRPr="00FC01B1" w:rsidRDefault="001B52BD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 xml:space="preserve">금 </w:t>
            </w:r>
            <w:r w:rsidR="00704766" w:rsidRPr="00FC01B1">
              <w:rPr>
                <w:bCs/>
                <w:color w:val="000000"/>
                <w:sz w:val="20"/>
                <w:szCs w:val="20"/>
                <w:lang w:eastAsia="ko-KR"/>
              </w:rPr>
              <w:t>25</w:t>
            </w: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0,000,000원 이내(부가가치세</w:t>
            </w:r>
            <w:r w:rsidR="00704766" w:rsidRPr="00FC01B1">
              <w:rPr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r w:rsidR="00704766" w:rsidRPr="00FC01B1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별도,</w:t>
            </w:r>
            <w:r w:rsidR="00704766" w:rsidRPr="00FC01B1">
              <w:rPr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r w:rsidR="00704766" w:rsidRPr="00FC01B1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항공 </w:t>
            </w:r>
            <w:proofErr w:type="spellStart"/>
            <w:r w:rsidR="00704766" w:rsidRPr="00FC01B1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不포함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)</w:t>
            </w:r>
          </w:p>
        </w:tc>
      </w:tr>
      <w:tr w:rsidR="001D0660" w:rsidRPr="00704766" w14:paraId="74B05D05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A885062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000000"/>
                <w:sz w:val="20"/>
                <w:szCs w:val="20"/>
              </w:rPr>
              <w:t>계약기간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A80A7C1" w14:textId="77777777" w:rsidR="001D0660" w:rsidRPr="00FC01B1" w:rsidRDefault="001B52BD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계약체결일로부터 전지훈련 종료 및 최종 정산 완료일까지</w:t>
            </w:r>
          </w:p>
        </w:tc>
      </w:tr>
      <w:tr w:rsidR="001D0660" w:rsidRPr="00704766" w14:paraId="11AEBA6F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CED74B7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000000"/>
                <w:sz w:val="20"/>
                <w:szCs w:val="20"/>
              </w:rPr>
              <w:t>주요과업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CA35989" w14:textId="45BF1F7F" w:rsidR="001D0660" w:rsidRPr="00FC01B1" w:rsidRDefault="001B52BD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숙박, 식음료, 훈련시설, 현지 교통·물류, 연습경기, 통역·현지 운영, 안전·의료·비상대응 등 전지훈련 운영 전반</w:t>
            </w:r>
            <w:r w:rsidR="00FC01B1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</w:p>
        </w:tc>
      </w:tr>
    </w:tbl>
    <w:p w14:paraId="773E31C7" w14:textId="77777777" w:rsidR="001D0660" w:rsidRPr="00FC01B1" w:rsidRDefault="001B52BD" w:rsidP="00FC01B1">
      <w:pPr>
        <w:pStyle w:val="a9"/>
        <w:numPr>
          <w:ilvl w:val="0"/>
          <w:numId w:val="8"/>
        </w:numPr>
        <w:spacing w:before="240"/>
        <w:rPr>
          <w:b/>
          <w:color w:val="000000" w:themeColor="text1"/>
          <w:sz w:val="26"/>
        </w:rPr>
      </w:pPr>
      <w:proofErr w:type="spellStart"/>
      <w:r w:rsidRPr="00FC01B1">
        <w:rPr>
          <w:b/>
          <w:color w:val="000000" w:themeColor="text1"/>
          <w:sz w:val="26"/>
        </w:rPr>
        <w:t>입찰</w:t>
      </w:r>
      <w:proofErr w:type="spellEnd"/>
      <w:r w:rsidRPr="00FC01B1">
        <w:rPr>
          <w:b/>
          <w:color w:val="000000" w:themeColor="text1"/>
          <w:sz w:val="26"/>
        </w:rPr>
        <w:t xml:space="preserve"> 및 </w:t>
      </w:r>
      <w:proofErr w:type="spellStart"/>
      <w:r w:rsidRPr="00FC01B1">
        <w:rPr>
          <w:b/>
          <w:color w:val="000000" w:themeColor="text1"/>
          <w:sz w:val="26"/>
        </w:rPr>
        <w:t>계약</w:t>
      </w:r>
      <w:proofErr w:type="spellEnd"/>
      <w:r w:rsidRPr="00FC01B1">
        <w:rPr>
          <w:b/>
          <w:color w:val="000000" w:themeColor="text1"/>
          <w:sz w:val="26"/>
        </w:rPr>
        <w:t xml:space="preserve"> </w:t>
      </w:r>
      <w:proofErr w:type="spellStart"/>
      <w:r w:rsidRPr="00FC01B1">
        <w:rPr>
          <w:b/>
          <w:color w:val="000000" w:themeColor="text1"/>
          <w:sz w:val="26"/>
        </w:rPr>
        <w:t>방법</w:t>
      </w:r>
      <w:proofErr w:type="spellEnd"/>
    </w:p>
    <w:p w14:paraId="0BAE0704" w14:textId="77777777" w:rsidR="00FC01B1" w:rsidRPr="00FC01B1" w:rsidRDefault="001B52BD" w:rsidP="00FC01B1">
      <w:pPr>
        <w:pStyle w:val="a9"/>
        <w:numPr>
          <w:ilvl w:val="0"/>
          <w:numId w:val="10"/>
        </w:numPr>
        <w:rPr>
          <w:sz w:val="20"/>
          <w:szCs w:val="20"/>
          <w:lang w:eastAsia="ko-KR"/>
        </w:rPr>
      </w:pPr>
      <w:r w:rsidRPr="00FC01B1">
        <w:rPr>
          <w:color w:val="000000"/>
          <w:sz w:val="20"/>
          <w:szCs w:val="20"/>
          <w:lang w:eastAsia="ko-KR"/>
        </w:rPr>
        <w:t>입찰방식: 일반경쟁입찰(공개모집)</w:t>
      </w:r>
    </w:p>
    <w:p w14:paraId="661AA2DB" w14:textId="77777777" w:rsidR="00FC01B1" w:rsidRPr="00FC01B1" w:rsidRDefault="001B52BD" w:rsidP="00FC01B1">
      <w:pPr>
        <w:pStyle w:val="a9"/>
        <w:numPr>
          <w:ilvl w:val="0"/>
          <w:numId w:val="10"/>
        </w:numPr>
        <w:rPr>
          <w:sz w:val="20"/>
          <w:szCs w:val="20"/>
          <w:lang w:eastAsia="ko-KR"/>
        </w:rPr>
      </w:pPr>
      <w:r w:rsidRPr="00FC01B1">
        <w:rPr>
          <w:color w:val="000000"/>
          <w:sz w:val="20"/>
          <w:szCs w:val="20"/>
          <w:lang w:eastAsia="ko-KR"/>
        </w:rPr>
        <w:t>계약방식: 기술제안서 및 가격제안서를 종합평가한 후 우선협상대상자와 협상하여 계약 체결</w:t>
      </w:r>
    </w:p>
    <w:p w14:paraId="54C19ACE" w14:textId="77777777" w:rsidR="00FC01B1" w:rsidRPr="00FC01B1" w:rsidRDefault="001B52BD" w:rsidP="00FC01B1">
      <w:pPr>
        <w:pStyle w:val="a9"/>
        <w:numPr>
          <w:ilvl w:val="0"/>
          <w:numId w:val="10"/>
        </w:numPr>
        <w:rPr>
          <w:sz w:val="20"/>
          <w:szCs w:val="20"/>
          <w:lang w:eastAsia="ko-KR"/>
        </w:rPr>
      </w:pPr>
      <w:proofErr w:type="spellStart"/>
      <w:r w:rsidRPr="00FC01B1">
        <w:rPr>
          <w:color w:val="000000"/>
          <w:sz w:val="20"/>
          <w:szCs w:val="20"/>
          <w:lang w:eastAsia="ko-KR"/>
        </w:rPr>
        <w:t>평가배점</w:t>
      </w:r>
      <w:proofErr w:type="spellEnd"/>
      <w:r w:rsidRPr="00FC01B1">
        <w:rPr>
          <w:color w:val="000000"/>
          <w:sz w:val="20"/>
          <w:szCs w:val="20"/>
          <w:lang w:eastAsia="ko-KR"/>
        </w:rPr>
        <w:t>: 기술능력평가 80점(정량 10점, 정성 70점), 가격평가 20점</w:t>
      </w:r>
    </w:p>
    <w:p w14:paraId="47DF1A84" w14:textId="77777777" w:rsidR="00FC01B1" w:rsidRPr="00FC01B1" w:rsidRDefault="001B52BD" w:rsidP="00FC01B1">
      <w:pPr>
        <w:pStyle w:val="a9"/>
        <w:numPr>
          <w:ilvl w:val="0"/>
          <w:numId w:val="10"/>
        </w:numPr>
        <w:rPr>
          <w:sz w:val="20"/>
          <w:szCs w:val="20"/>
          <w:lang w:eastAsia="ko-KR"/>
        </w:rPr>
      </w:pPr>
      <w:r w:rsidRPr="00FC01B1">
        <w:rPr>
          <w:color w:val="000000"/>
          <w:sz w:val="20"/>
          <w:szCs w:val="20"/>
          <w:lang w:eastAsia="ko-KR"/>
        </w:rPr>
        <w:t>협상적격 기준: 기술능력평가 점수가 80점 만점의 85퍼센트인 68점 이상인 업체</w:t>
      </w:r>
    </w:p>
    <w:p w14:paraId="7910CF39" w14:textId="019382B6" w:rsidR="001D0660" w:rsidRPr="00FC01B1" w:rsidRDefault="001B52BD" w:rsidP="00FC01B1">
      <w:pPr>
        <w:pStyle w:val="a9"/>
        <w:numPr>
          <w:ilvl w:val="0"/>
          <w:numId w:val="10"/>
        </w:numPr>
        <w:rPr>
          <w:sz w:val="20"/>
          <w:szCs w:val="20"/>
          <w:lang w:eastAsia="ko-KR"/>
        </w:rPr>
      </w:pPr>
      <w:r w:rsidRPr="00FC01B1">
        <w:rPr>
          <w:color w:val="000000"/>
          <w:sz w:val="20"/>
          <w:szCs w:val="20"/>
          <w:lang w:eastAsia="ko-KR"/>
        </w:rPr>
        <w:t>사업예산을 초과한 가격제안은 무효로 처리하며 평가 대상에서 제외</w:t>
      </w:r>
    </w:p>
    <w:p w14:paraId="130A341F" w14:textId="77777777" w:rsidR="00FC01B1" w:rsidRPr="00FC01B1" w:rsidRDefault="00FC01B1" w:rsidP="00FC01B1">
      <w:pPr>
        <w:pStyle w:val="a9"/>
        <w:ind w:left="760"/>
        <w:rPr>
          <w:sz w:val="20"/>
          <w:szCs w:val="20"/>
          <w:lang w:eastAsia="ko-KR"/>
        </w:rPr>
      </w:pPr>
    </w:p>
    <w:p w14:paraId="14EAAF87" w14:textId="77777777" w:rsidR="001D0660" w:rsidRPr="00FC01B1" w:rsidRDefault="001B52BD" w:rsidP="00FC01B1">
      <w:pPr>
        <w:pStyle w:val="a9"/>
        <w:numPr>
          <w:ilvl w:val="0"/>
          <w:numId w:val="8"/>
        </w:numPr>
        <w:spacing w:before="240"/>
        <w:rPr>
          <w:b/>
          <w:color w:val="000000" w:themeColor="text1"/>
          <w:sz w:val="26"/>
        </w:rPr>
      </w:pPr>
      <w:proofErr w:type="spellStart"/>
      <w:r w:rsidRPr="00FC01B1">
        <w:rPr>
          <w:b/>
          <w:color w:val="000000" w:themeColor="text1"/>
          <w:sz w:val="26"/>
        </w:rPr>
        <w:t>입찰</w:t>
      </w:r>
      <w:proofErr w:type="spellEnd"/>
      <w:r w:rsidRPr="00FC01B1">
        <w:rPr>
          <w:b/>
          <w:color w:val="000000" w:themeColor="text1"/>
          <w:sz w:val="26"/>
        </w:rPr>
        <w:t xml:space="preserve"> </w:t>
      </w:r>
      <w:proofErr w:type="spellStart"/>
      <w:r w:rsidRPr="00FC01B1">
        <w:rPr>
          <w:b/>
          <w:color w:val="000000" w:themeColor="text1"/>
          <w:sz w:val="26"/>
        </w:rPr>
        <w:t>참가자격</w:t>
      </w:r>
      <w:proofErr w:type="spellEnd"/>
    </w:p>
    <w:p w14:paraId="15464E74" w14:textId="77777777" w:rsidR="00FC01B1" w:rsidRPr="00FC01B1" w:rsidRDefault="001B52BD" w:rsidP="00FC01B1">
      <w:pPr>
        <w:pStyle w:val="a9"/>
        <w:numPr>
          <w:ilvl w:val="0"/>
          <w:numId w:val="11"/>
        </w:numPr>
        <w:rPr>
          <w:lang w:eastAsia="ko-KR"/>
        </w:rPr>
      </w:pPr>
      <w:r w:rsidRPr="00704766">
        <w:rPr>
          <w:color w:val="000000"/>
          <w:lang w:eastAsia="ko-KR"/>
        </w:rPr>
        <w:t>다음 각 요건을 모두 충족하는 사업자이어야 합니다.</w:t>
      </w:r>
    </w:p>
    <w:p w14:paraId="24EECF02" w14:textId="77777777" w:rsidR="00FC01B1" w:rsidRPr="00FC01B1" w:rsidRDefault="001B52BD" w:rsidP="00FC01B1">
      <w:pPr>
        <w:pStyle w:val="a9"/>
        <w:numPr>
          <w:ilvl w:val="1"/>
          <w:numId w:val="11"/>
        </w:numPr>
        <w:rPr>
          <w:lang w:eastAsia="ko-KR"/>
        </w:rPr>
      </w:pPr>
      <w:r w:rsidRPr="00FC01B1">
        <w:rPr>
          <w:color w:val="000000"/>
          <w:sz w:val="20"/>
          <w:lang w:eastAsia="ko-KR"/>
        </w:rPr>
        <w:t>대한민국 법령에 따라 사업자등록을 완료하고 본 용역을 수행할 수 있는 법인 또는 개인사업자</w:t>
      </w:r>
    </w:p>
    <w:p w14:paraId="730B7E69" w14:textId="6B7F5BF3" w:rsidR="00FC01B1" w:rsidRPr="00FC01B1" w:rsidRDefault="001B52BD" w:rsidP="00FC01B1">
      <w:pPr>
        <w:pStyle w:val="a9"/>
        <w:numPr>
          <w:ilvl w:val="1"/>
          <w:numId w:val="11"/>
        </w:numPr>
        <w:rPr>
          <w:lang w:eastAsia="ko-KR"/>
        </w:rPr>
      </w:pPr>
      <w:r w:rsidRPr="00FC01B1">
        <w:rPr>
          <w:color w:val="000000"/>
          <w:sz w:val="20"/>
          <w:lang w:eastAsia="ko-KR"/>
        </w:rPr>
        <w:t>관광진흥법령에 따른 종합여행업 등록을 완료한 사업자</w:t>
      </w:r>
      <w:r w:rsidR="00FC01B1">
        <w:rPr>
          <w:rFonts w:hint="eastAsia"/>
          <w:color w:val="000000"/>
          <w:sz w:val="20"/>
          <w:lang w:eastAsia="ko-KR"/>
        </w:rPr>
        <w:t xml:space="preserve"> 또는 스포츠 혹은 </w:t>
      </w:r>
      <w:r w:rsidR="00FC01B1" w:rsidRPr="00FC01B1">
        <w:rPr>
          <w:color w:val="000000"/>
          <w:sz w:val="20"/>
          <w:lang w:eastAsia="ko-KR"/>
        </w:rPr>
        <w:t xml:space="preserve">스포츠마케팅업, </w:t>
      </w:r>
      <w:proofErr w:type="spellStart"/>
      <w:r w:rsidR="00FC01B1" w:rsidRPr="00FC01B1">
        <w:rPr>
          <w:color w:val="000000"/>
          <w:sz w:val="20"/>
          <w:lang w:eastAsia="ko-KR"/>
        </w:rPr>
        <w:t>스포츠매니지먼트업</w:t>
      </w:r>
      <w:proofErr w:type="spellEnd"/>
      <w:r w:rsidR="00FC01B1" w:rsidRPr="00FC01B1">
        <w:rPr>
          <w:color w:val="000000"/>
          <w:sz w:val="20"/>
          <w:lang w:eastAsia="ko-KR"/>
        </w:rPr>
        <w:t xml:space="preserve">, </w:t>
      </w:r>
      <w:proofErr w:type="spellStart"/>
      <w:r w:rsidR="00FC01B1" w:rsidRPr="00FC01B1">
        <w:rPr>
          <w:color w:val="000000"/>
          <w:sz w:val="20"/>
          <w:lang w:eastAsia="ko-KR"/>
        </w:rPr>
        <w:t>스포츠에이전시업</w:t>
      </w:r>
      <w:proofErr w:type="spellEnd"/>
      <w:r w:rsidR="00FC01B1" w:rsidRPr="00FC01B1">
        <w:rPr>
          <w:color w:val="000000"/>
          <w:sz w:val="20"/>
          <w:lang w:eastAsia="ko-KR"/>
        </w:rPr>
        <w:t>, 체육행사 기획·</w:t>
      </w:r>
      <w:proofErr w:type="spellStart"/>
      <w:r w:rsidR="00FC01B1" w:rsidRPr="00FC01B1">
        <w:rPr>
          <w:color w:val="000000"/>
          <w:sz w:val="20"/>
          <w:lang w:eastAsia="ko-KR"/>
        </w:rPr>
        <w:t>운영업</w:t>
      </w:r>
      <w:proofErr w:type="spellEnd"/>
      <w:r w:rsidR="00FC01B1" w:rsidRPr="00FC01B1">
        <w:rPr>
          <w:color w:val="000000"/>
          <w:sz w:val="20"/>
          <w:lang w:eastAsia="ko-KR"/>
        </w:rPr>
        <w:t xml:space="preserve">, 전지훈련 </w:t>
      </w:r>
      <w:proofErr w:type="spellStart"/>
      <w:r w:rsidR="00FC01B1" w:rsidRPr="00FC01B1">
        <w:rPr>
          <w:color w:val="000000"/>
          <w:sz w:val="20"/>
          <w:lang w:eastAsia="ko-KR"/>
        </w:rPr>
        <w:t>운영업</w:t>
      </w:r>
      <w:proofErr w:type="spellEnd"/>
      <w:r w:rsidR="00FC01B1" w:rsidRPr="00FC01B1">
        <w:rPr>
          <w:color w:val="000000"/>
          <w:sz w:val="20"/>
          <w:lang w:eastAsia="ko-KR"/>
        </w:rPr>
        <w:t xml:space="preserve"> 등 스포츠 관련 사업을 영위하는 업체</w:t>
      </w:r>
    </w:p>
    <w:p w14:paraId="3837D087" w14:textId="77777777" w:rsidR="00FC01B1" w:rsidRPr="00FC01B1" w:rsidRDefault="001B52BD" w:rsidP="00FC01B1">
      <w:pPr>
        <w:pStyle w:val="a9"/>
        <w:numPr>
          <w:ilvl w:val="1"/>
          <w:numId w:val="11"/>
        </w:numPr>
        <w:rPr>
          <w:lang w:eastAsia="ko-KR"/>
        </w:rPr>
      </w:pPr>
      <w:r w:rsidRPr="00FC01B1">
        <w:rPr>
          <w:color w:val="000000"/>
          <w:sz w:val="20"/>
          <w:lang w:eastAsia="ko-KR"/>
        </w:rPr>
        <w:t>공고일 기준 영업정지, 등록취소, 부도, 파산, 회생절차 또는 이에 준하는 사유로 정상적인 계약이행이 곤란하지 않은 사업자</w:t>
      </w:r>
    </w:p>
    <w:p w14:paraId="4BE1AB2E" w14:textId="77777777" w:rsidR="00FC01B1" w:rsidRPr="00FC01B1" w:rsidRDefault="001B52BD" w:rsidP="00FC01B1">
      <w:pPr>
        <w:pStyle w:val="a9"/>
        <w:numPr>
          <w:ilvl w:val="1"/>
          <w:numId w:val="11"/>
        </w:numPr>
        <w:rPr>
          <w:lang w:eastAsia="ko-KR"/>
        </w:rPr>
      </w:pPr>
      <w:r w:rsidRPr="00FC01B1">
        <w:rPr>
          <w:color w:val="000000"/>
          <w:sz w:val="20"/>
          <w:lang w:eastAsia="ko-KR"/>
        </w:rPr>
        <w:t>국세 및 지방세를 체납하지 않은 사업자</w:t>
      </w:r>
    </w:p>
    <w:p w14:paraId="1E1AF3BD" w14:textId="315208DE" w:rsidR="00FC01B1" w:rsidRPr="00FC01B1" w:rsidRDefault="001B52BD" w:rsidP="00FC01B1">
      <w:pPr>
        <w:pStyle w:val="a9"/>
        <w:numPr>
          <w:ilvl w:val="1"/>
          <w:numId w:val="11"/>
        </w:numPr>
        <w:rPr>
          <w:lang w:eastAsia="ko-KR"/>
        </w:rPr>
      </w:pPr>
      <w:r w:rsidRPr="00FC01B1">
        <w:rPr>
          <w:color w:val="000000"/>
          <w:sz w:val="20"/>
          <w:lang w:eastAsia="ko-KR"/>
        </w:rPr>
        <w:t>일본 현지에서 숙박, 훈련장, 차량, 통역 및 비상대응 체계를 직접 또는 적법한 현지 협력망을 통하여 제공할 수 있는 사업자</w:t>
      </w:r>
    </w:p>
    <w:p w14:paraId="2A990784" w14:textId="77777777" w:rsidR="00FC01B1" w:rsidRPr="00FC01B1" w:rsidRDefault="001B52BD" w:rsidP="00FC01B1">
      <w:pPr>
        <w:pStyle w:val="a9"/>
        <w:numPr>
          <w:ilvl w:val="1"/>
          <w:numId w:val="11"/>
        </w:numPr>
        <w:rPr>
          <w:lang w:eastAsia="ko-KR"/>
        </w:rPr>
      </w:pPr>
      <w:r w:rsidRPr="00FC01B1">
        <w:rPr>
          <w:color w:val="000000"/>
          <w:sz w:val="20"/>
          <w:lang w:eastAsia="ko-KR"/>
        </w:rPr>
        <w:lastRenderedPageBreak/>
        <w:t>계약이행보증 및 필요한 보험 가입이 가능한 사업자</w:t>
      </w:r>
    </w:p>
    <w:p w14:paraId="684D1FB3" w14:textId="69227A29" w:rsidR="001D0660" w:rsidRPr="007F109F" w:rsidRDefault="001B52BD" w:rsidP="00FC01B1">
      <w:pPr>
        <w:pStyle w:val="a9"/>
        <w:numPr>
          <w:ilvl w:val="1"/>
          <w:numId w:val="11"/>
        </w:numPr>
        <w:rPr>
          <w:lang w:eastAsia="ko-KR"/>
        </w:rPr>
      </w:pPr>
      <w:r w:rsidRPr="00FC01B1">
        <w:rPr>
          <w:color w:val="000000"/>
          <w:sz w:val="20"/>
          <w:lang w:eastAsia="ko-KR"/>
        </w:rPr>
        <w:t>구단이 정한 보안·윤리 및 선수단 개인정보 보호 의무를 준수할 수 있는 사업자</w:t>
      </w:r>
    </w:p>
    <w:p w14:paraId="6AB559DF" w14:textId="77777777" w:rsidR="007F109F" w:rsidRPr="00704766" w:rsidRDefault="007F109F" w:rsidP="007F109F">
      <w:pPr>
        <w:pStyle w:val="a9"/>
        <w:ind w:left="1200"/>
        <w:rPr>
          <w:lang w:eastAsia="ko-KR"/>
        </w:rPr>
      </w:pPr>
    </w:p>
    <w:p w14:paraId="7753D70D" w14:textId="77777777" w:rsidR="001D0660" w:rsidRPr="00FC01B1" w:rsidRDefault="001B52BD" w:rsidP="0021445F">
      <w:pPr>
        <w:pStyle w:val="a9"/>
        <w:numPr>
          <w:ilvl w:val="0"/>
          <w:numId w:val="8"/>
        </w:numPr>
        <w:spacing w:before="240" w:after="0"/>
        <w:rPr>
          <w:b/>
          <w:color w:val="000000" w:themeColor="text1"/>
          <w:sz w:val="26"/>
        </w:rPr>
      </w:pPr>
      <w:proofErr w:type="spellStart"/>
      <w:r w:rsidRPr="00FC01B1">
        <w:rPr>
          <w:b/>
          <w:color w:val="000000" w:themeColor="text1"/>
          <w:sz w:val="26"/>
        </w:rPr>
        <w:t>공고</w:t>
      </w:r>
      <w:proofErr w:type="spellEnd"/>
      <w:r w:rsidRPr="00FC01B1">
        <w:rPr>
          <w:b/>
          <w:color w:val="000000" w:themeColor="text1"/>
          <w:sz w:val="26"/>
        </w:rPr>
        <w:t xml:space="preserve"> 및 </w:t>
      </w:r>
      <w:proofErr w:type="spellStart"/>
      <w:r w:rsidRPr="00FC01B1">
        <w:rPr>
          <w:b/>
          <w:color w:val="000000" w:themeColor="text1"/>
          <w:sz w:val="26"/>
        </w:rPr>
        <w:t>제안</w:t>
      </w:r>
      <w:proofErr w:type="spellEnd"/>
      <w:r w:rsidRPr="00FC01B1">
        <w:rPr>
          <w:b/>
          <w:color w:val="000000" w:themeColor="text1"/>
          <w:sz w:val="26"/>
        </w:rPr>
        <w:t xml:space="preserve"> </w:t>
      </w:r>
      <w:proofErr w:type="spellStart"/>
      <w:r w:rsidRPr="00FC01B1">
        <w:rPr>
          <w:b/>
          <w:color w:val="000000" w:themeColor="text1"/>
          <w:sz w:val="26"/>
        </w:rPr>
        <w:t>일정</w:t>
      </w:r>
      <w:proofErr w:type="spellEnd"/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2350"/>
        <w:gridCol w:w="2700"/>
        <w:gridCol w:w="4815"/>
      </w:tblGrid>
      <w:tr w:rsidR="001D0660" w:rsidRPr="00704766" w14:paraId="646A91B0" w14:textId="77777777">
        <w:trPr>
          <w:cantSplit/>
          <w:tblHeader/>
        </w:trPr>
        <w:tc>
          <w:tcPr>
            <w:tcW w:w="235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66DFF50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FFFFFF" w:themeColor="background1"/>
                <w:sz w:val="20"/>
                <w:szCs w:val="20"/>
              </w:rPr>
              <w:t>구분</w:t>
            </w:r>
            <w:proofErr w:type="spellEnd"/>
          </w:p>
        </w:tc>
        <w:tc>
          <w:tcPr>
            <w:tcW w:w="27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4E887FD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FFFFFF" w:themeColor="background1"/>
                <w:sz w:val="20"/>
                <w:szCs w:val="20"/>
              </w:rPr>
              <w:t>일정</w:t>
            </w:r>
            <w:proofErr w:type="spellEnd"/>
          </w:p>
        </w:tc>
        <w:tc>
          <w:tcPr>
            <w:tcW w:w="481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7B5CC48" w14:textId="77777777" w:rsidR="001D0660" w:rsidRPr="00FC01B1" w:rsidRDefault="001B52BD" w:rsidP="00FC01B1">
            <w:pPr>
              <w:spacing w:after="0" w:line="269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FC01B1">
              <w:rPr>
                <w:b/>
                <w:color w:val="FFFFFF" w:themeColor="background1"/>
                <w:sz w:val="20"/>
                <w:szCs w:val="20"/>
              </w:rPr>
              <w:t>비고</w:t>
            </w:r>
            <w:proofErr w:type="spellEnd"/>
          </w:p>
        </w:tc>
      </w:tr>
      <w:tr w:rsidR="007F109F" w:rsidRPr="00704766" w14:paraId="75D2BCD7" w14:textId="77777777" w:rsidTr="007F109F">
        <w:trPr>
          <w:cantSplit/>
        </w:trPr>
        <w:tc>
          <w:tcPr>
            <w:tcW w:w="23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763FB3B" w14:textId="77777777" w:rsidR="007F109F" w:rsidRPr="00FC01B1" w:rsidRDefault="007F109F" w:rsidP="00FC01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입찰공고</w:t>
            </w:r>
            <w:proofErr w:type="spellEnd"/>
          </w:p>
        </w:tc>
        <w:tc>
          <w:tcPr>
            <w:tcW w:w="2700" w:type="dxa"/>
            <w:vMerge w:val="restart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69C505E" w14:textId="382740C5" w:rsidR="007F109F" w:rsidRDefault="007F109F" w:rsidP="007F109F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2026. 09. </w:t>
            </w:r>
            <w:r w:rsidR="00B6617A">
              <w:rPr>
                <w:bCs/>
                <w:color w:val="000000"/>
                <w:sz w:val="20"/>
                <w:szCs w:val="20"/>
              </w:rPr>
              <w:t>10</w:t>
            </w:r>
            <w:r>
              <w:rPr>
                <w:bCs/>
                <w:color w:val="000000"/>
                <w:sz w:val="20"/>
                <w:szCs w:val="20"/>
              </w:rPr>
              <w:t>(</w:t>
            </w:r>
            <w:r w:rsidR="00B6617A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목</w:t>
            </w: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)</w:t>
            </w:r>
          </w:p>
          <w:p w14:paraId="01A9EEAA" w14:textId="75CA90D6" w:rsidR="007F109F" w:rsidRPr="00FC01B1" w:rsidRDefault="007F109F" w:rsidP="007F109F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bCs/>
                <w:color w:val="000000"/>
                <w:sz w:val="20"/>
                <w:szCs w:val="20"/>
              </w:rPr>
              <w:t>~ 09. 2</w:t>
            </w:r>
            <w:r w:rsidR="00B6617A"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>(</w:t>
            </w:r>
            <w:r w:rsidR="00B6617A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화</w:t>
            </w: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4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F359645" w14:textId="77777777" w:rsidR="007F109F" w:rsidRPr="00FC01B1" w:rsidRDefault="007F109F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구단 홈페이지 및 지정 공고 채널</w:t>
            </w:r>
          </w:p>
        </w:tc>
      </w:tr>
      <w:tr w:rsidR="007F109F" w:rsidRPr="00704766" w14:paraId="650BE60E" w14:textId="77777777" w:rsidTr="007F109F">
        <w:trPr>
          <w:cantSplit/>
        </w:trPr>
        <w:tc>
          <w:tcPr>
            <w:tcW w:w="23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0A37F83" w14:textId="77777777" w:rsidR="007F109F" w:rsidRPr="00FC01B1" w:rsidRDefault="007F109F" w:rsidP="00FC01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질의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접수</w:t>
            </w:r>
            <w:proofErr w:type="spellEnd"/>
          </w:p>
        </w:tc>
        <w:tc>
          <w:tcPr>
            <w:tcW w:w="2700" w:type="dxa"/>
            <w:vMerge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B5FA4BA" w14:textId="45E03465" w:rsidR="007F109F" w:rsidRPr="00FC01B1" w:rsidRDefault="007F109F" w:rsidP="007F109F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8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F3F28C4" w14:textId="09F7F3EC" w:rsidR="007F109F" w:rsidRPr="00FC01B1" w:rsidRDefault="007F109F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지정 이메일 접수</w:t>
            </w: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혹은 유선</w:t>
            </w:r>
          </w:p>
        </w:tc>
      </w:tr>
      <w:tr w:rsidR="007F109F" w:rsidRPr="00704766" w14:paraId="56243E2A" w14:textId="77777777" w:rsidTr="007F109F">
        <w:trPr>
          <w:cantSplit/>
        </w:trPr>
        <w:tc>
          <w:tcPr>
            <w:tcW w:w="23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48594DC" w14:textId="77777777" w:rsidR="007F109F" w:rsidRPr="00FC01B1" w:rsidRDefault="007F109F" w:rsidP="00FC01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질의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회신</w:t>
            </w:r>
            <w:proofErr w:type="spellEnd"/>
          </w:p>
        </w:tc>
        <w:tc>
          <w:tcPr>
            <w:tcW w:w="2700" w:type="dxa"/>
            <w:vMerge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3AC735E" w14:textId="4546E8FF" w:rsidR="007F109F" w:rsidRPr="00FC01B1" w:rsidRDefault="007F109F" w:rsidP="007F109F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4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9D2C6DF" w14:textId="13435EAD" w:rsidR="007F109F" w:rsidRPr="00FC01B1" w:rsidRDefault="002722B1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bCs/>
                <w:color w:val="000000"/>
                <w:sz w:val="20"/>
                <w:szCs w:val="20"/>
                <w:lang w:eastAsia="ko-KR"/>
              </w:rPr>
              <w:t>(</w:t>
            </w:r>
            <w:r w:rsidR="007F109F" w:rsidRPr="00FC01B1">
              <w:rPr>
                <w:bCs/>
                <w:color w:val="000000"/>
                <w:sz w:val="20"/>
                <w:szCs w:val="20"/>
                <w:lang w:eastAsia="ko-KR"/>
              </w:rPr>
              <w:t>필요시</w:t>
            </w: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)</w:t>
            </w:r>
            <w:r w:rsidR="007F109F" w:rsidRPr="00FC01B1">
              <w:rPr>
                <w:bCs/>
                <w:color w:val="000000"/>
                <w:sz w:val="20"/>
                <w:szCs w:val="20"/>
                <w:lang w:eastAsia="ko-KR"/>
              </w:rPr>
              <w:t xml:space="preserve"> 전체 참가희망 업체에 공동 안내</w:t>
            </w:r>
          </w:p>
        </w:tc>
      </w:tr>
      <w:tr w:rsidR="001D0660" w:rsidRPr="00704766" w14:paraId="25769178" w14:textId="77777777" w:rsidTr="007F109F">
        <w:trPr>
          <w:cantSplit/>
        </w:trPr>
        <w:tc>
          <w:tcPr>
            <w:tcW w:w="23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771B357" w14:textId="77777777" w:rsidR="001D0660" w:rsidRPr="00FC01B1" w:rsidRDefault="001B52BD" w:rsidP="00FC01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제안서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제출</w:t>
            </w:r>
            <w:proofErr w:type="spellEnd"/>
          </w:p>
        </w:tc>
        <w:tc>
          <w:tcPr>
            <w:tcW w:w="2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FF9E187" w14:textId="475D7536" w:rsidR="001D0660" w:rsidRPr="00FC01B1" w:rsidRDefault="007F109F" w:rsidP="007F109F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2</w:t>
            </w:r>
            <w:r>
              <w:rPr>
                <w:bCs/>
                <w:color w:val="000000"/>
                <w:sz w:val="20"/>
                <w:szCs w:val="20"/>
                <w:lang w:eastAsia="ko-KR"/>
              </w:rPr>
              <w:t xml:space="preserve">026. 09. </w:t>
            </w:r>
            <w:r w:rsidR="002722B1">
              <w:rPr>
                <w:bCs/>
                <w:color w:val="000000"/>
                <w:sz w:val="20"/>
                <w:szCs w:val="20"/>
                <w:lang w:eastAsia="ko-KR"/>
              </w:rPr>
              <w:t>23</w:t>
            </w:r>
            <w:r>
              <w:rPr>
                <w:bCs/>
                <w:color w:val="000000"/>
                <w:sz w:val="20"/>
                <w:szCs w:val="20"/>
                <w:lang w:eastAsia="ko-KR"/>
              </w:rPr>
              <w:t>(</w:t>
            </w:r>
            <w:r w:rsidR="002722B1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수</w:t>
            </w: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)</w:t>
            </w:r>
            <w:r>
              <w:rPr>
                <w:bCs/>
                <w:color w:val="000000"/>
                <w:sz w:val="20"/>
                <w:szCs w:val="20"/>
                <w:lang w:eastAsia="ko-KR"/>
              </w:rPr>
              <w:t xml:space="preserve"> 18:00</w:t>
            </w:r>
          </w:p>
        </w:tc>
        <w:tc>
          <w:tcPr>
            <w:tcW w:w="48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04DD879" w14:textId="04780784" w:rsidR="001D0660" w:rsidRPr="00FC01B1" w:rsidRDefault="002722B1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이메일 </w:t>
            </w:r>
            <w:r w:rsidR="001B52BD" w:rsidRPr="00FC01B1">
              <w:rPr>
                <w:bCs/>
                <w:color w:val="000000"/>
                <w:sz w:val="20"/>
                <w:szCs w:val="20"/>
                <w:lang w:eastAsia="ko-KR"/>
              </w:rPr>
              <w:t>접수</w:t>
            </w:r>
          </w:p>
        </w:tc>
      </w:tr>
      <w:tr w:rsidR="001D0660" w:rsidRPr="00704766" w14:paraId="1EED125F" w14:textId="77777777" w:rsidTr="007F109F">
        <w:trPr>
          <w:cantSplit/>
        </w:trPr>
        <w:tc>
          <w:tcPr>
            <w:tcW w:w="23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0B77791" w14:textId="52F037A8" w:rsidR="007F109F" w:rsidRPr="00FC01B1" w:rsidRDefault="007F109F" w:rsidP="00FC01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(필요시)</w:t>
            </w:r>
            <w:r>
              <w:rPr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FC01B1">
              <w:rPr>
                <w:bCs/>
                <w:color w:val="000000"/>
                <w:sz w:val="20"/>
                <w:szCs w:val="20"/>
                <w:lang w:eastAsia="ko-KR"/>
              </w:rPr>
              <w:t>제안발표·</w:t>
            </w:r>
          </w:p>
        </w:tc>
        <w:tc>
          <w:tcPr>
            <w:tcW w:w="2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972E0C0" w14:textId="497AE750" w:rsidR="001D0660" w:rsidRPr="00FC01B1" w:rsidRDefault="007F109F" w:rsidP="007F109F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2026. 09. </w:t>
            </w:r>
            <w:r w:rsidR="002722B1">
              <w:rPr>
                <w:bCs/>
                <w:color w:val="000000"/>
                <w:sz w:val="20"/>
                <w:szCs w:val="20"/>
              </w:rPr>
              <w:t>30</w:t>
            </w:r>
            <w:r>
              <w:rPr>
                <w:bCs/>
                <w:color w:val="000000"/>
                <w:sz w:val="20"/>
                <w:szCs w:val="20"/>
              </w:rPr>
              <w:t>(</w:t>
            </w:r>
            <w:r w:rsidR="002722B1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수</w:t>
            </w: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4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724EEE2" w14:textId="65F2595E" w:rsidR="001D0660" w:rsidRPr="00FC01B1" w:rsidRDefault="002722B1" w:rsidP="007F109F">
            <w:pPr>
              <w:spacing w:after="0" w:line="269" w:lineRule="auto"/>
              <w:jc w:val="both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(필요시)</w:t>
            </w:r>
            <w:r>
              <w:rPr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r w:rsidR="001B52BD" w:rsidRPr="00FC01B1">
              <w:rPr>
                <w:bCs/>
                <w:color w:val="000000"/>
                <w:sz w:val="20"/>
                <w:szCs w:val="20"/>
                <w:lang w:eastAsia="ko-KR"/>
              </w:rPr>
              <w:t>장소 및 세부시간 별도 통보</w:t>
            </w:r>
          </w:p>
        </w:tc>
      </w:tr>
      <w:tr w:rsidR="001D0660" w:rsidRPr="00704766" w14:paraId="14DD2FAA" w14:textId="77777777" w:rsidTr="007F109F">
        <w:trPr>
          <w:cantSplit/>
        </w:trPr>
        <w:tc>
          <w:tcPr>
            <w:tcW w:w="23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7E677D1" w14:textId="77777777" w:rsidR="001D0660" w:rsidRPr="00FC01B1" w:rsidRDefault="001B52BD" w:rsidP="00FC01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우선협상대상자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통보</w:t>
            </w:r>
            <w:proofErr w:type="spellEnd"/>
          </w:p>
        </w:tc>
        <w:tc>
          <w:tcPr>
            <w:tcW w:w="2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F8F5455" w14:textId="7D8BE6D6" w:rsidR="001D0660" w:rsidRPr="00FC01B1" w:rsidRDefault="007F109F" w:rsidP="007F109F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2026. </w:t>
            </w:r>
            <w:r w:rsidR="002722B1">
              <w:rPr>
                <w:bCs/>
                <w:color w:val="000000"/>
                <w:sz w:val="20"/>
                <w:szCs w:val="20"/>
              </w:rPr>
              <w:t>10</w:t>
            </w:r>
            <w:r>
              <w:rPr>
                <w:bCs/>
                <w:color w:val="000000"/>
                <w:sz w:val="20"/>
                <w:szCs w:val="20"/>
              </w:rPr>
              <w:t>. 2(</w:t>
            </w:r>
            <w:r w:rsidR="002722B1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금</w:t>
            </w: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48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8A31EB1" w14:textId="77777777" w:rsidR="001D0660" w:rsidRPr="00FC01B1" w:rsidRDefault="001B52BD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개별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통보</w:t>
            </w:r>
            <w:proofErr w:type="spellEnd"/>
          </w:p>
        </w:tc>
      </w:tr>
      <w:tr w:rsidR="001D0660" w:rsidRPr="00704766" w14:paraId="2236AB64" w14:textId="77777777" w:rsidTr="007F109F">
        <w:trPr>
          <w:cantSplit/>
        </w:trPr>
        <w:tc>
          <w:tcPr>
            <w:tcW w:w="23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47A4B8D" w14:textId="77777777" w:rsidR="001D0660" w:rsidRPr="00FC01B1" w:rsidRDefault="001B52BD" w:rsidP="00FC01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협상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</w:rPr>
              <w:t xml:space="preserve"> 및 </w:t>
            </w: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계약체결</w:t>
            </w:r>
            <w:proofErr w:type="spellEnd"/>
          </w:p>
        </w:tc>
        <w:tc>
          <w:tcPr>
            <w:tcW w:w="2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2B11BF0" w14:textId="45FE449F" w:rsidR="001D0660" w:rsidRPr="00FC01B1" w:rsidRDefault="007F109F" w:rsidP="007F109F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2026. 10. </w:t>
            </w:r>
            <w:r w:rsidR="002722B1">
              <w:rPr>
                <w:bCs/>
                <w:color w:val="000000"/>
                <w:sz w:val="20"/>
                <w:szCs w:val="20"/>
              </w:rPr>
              <w:t>7</w:t>
            </w:r>
            <w:r>
              <w:rPr>
                <w:bCs/>
                <w:color w:val="000000"/>
                <w:sz w:val="20"/>
                <w:szCs w:val="20"/>
              </w:rPr>
              <w:t>(</w:t>
            </w:r>
            <w:r w:rsidR="002722B1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수</w:t>
            </w: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4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F89BD79" w14:textId="77777777" w:rsidR="001D0660" w:rsidRPr="00FC01B1" w:rsidRDefault="001B52BD" w:rsidP="00FC01B1">
            <w:pPr>
              <w:spacing w:after="0" w:line="269" w:lineRule="auto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협상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완료</w:t>
            </w:r>
            <w:proofErr w:type="spellEnd"/>
            <w:r w:rsidRPr="00FC01B1">
              <w:rPr>
                <w:bCs/>
                <w:color w:val="000000"/>
                <w:sz w:val="20"/>
                <w:szCs w:val="20"/>
              </w:rPr>
              <w:t xml:space="preserve"> 후 </w:t>
            </w:r>
            <w:proofErr w:type="spellStart"/>
            <w:r w:rsidRPr="00FC01B1">
              <w:rPr>
                <w:bCs/>
                <w:color w:val="000000"/>
                <w:sz w:val="20"/>
                <w:szCs w:val="20"/>
              </w:rPr>
              <w:t>체결</w:t>
            </w:r>
            <w:proofErr w:type="spellEnd"/>
          </w:p>
        </w:tc>
      </w:tr>
    </w:tbl>
    <w:p w14:paraId="2F3D1F9E" w14:textId="39E6A79C" w:rsidR="007F109F" w:rsidRDefault="001B52BD" w:rsidP="00FC01B1">
      <w:pPr>
        <w:rPr>
          <w:color w:val="000000" w:themeColor="text1"/>
          <w:sz w:val="20"/>
          <w:szCs w:val="20"/>
          <w:lang w:eastAsia="ko-KR"/>
        </w:rPr>
      </w:pPr>
      <w:r w:rsidRPr="007F109F">
        <w:rPr>
          <w:color w:val="000000" w:themeColor="text1"/>
          <w:sz w:val="20"/>
          <w:szCs w:val="20"/>
          <w:lang w:eastAsia="ko-KR"/>
        </w:rPr>
        <w:t>※ 상기 일정은 구단 사정에 따라 변경될 수 있으며, 변경 시 참가업체에 별도 안내합니다.</w:t>
      </w:r>
    </w:p>
    <w:p w14:paraId="385D656E" w14:textId="77777777" w:rsidR="001D0660" w:rsidRPr="007F109F" w:rsidRDefault="001B52BD" w:rsidP="007F109F">
      <w:pPr>
        <w:pStyle w:val="a9"/>
        <w:numPr>
          <w:ilvl w:val="0"/>
          <w:numId w:val="8"/>
        </w:numPr>
        <w:spacing w:before="240"/>
        <w:rPr>
          <w:b/>
          <w:color w:val="000000" w:themeColor="text1"/>
          <w:sz w:val="26"/>
        </w:rPr>
      </w:pPr>
      <w:proofErr w:type="spellStart"/>
      <w:r w:rsidRPr="007F109F">
        <w:rPr>
          <w:b/>
          <w:color w:val="000000" w:themeColor="text1"/>
          <w:sz w:val="26"/>
        </w:rPr>
        <w:t>제안서</w:t>
      </w:r>
      <w:proofErr w:type="spellEnd"/>
      <w:r w:rsidRPr="007F109F">
        <w:rPr>
          <w:b/>
          <w:color w:val="000000" w:themeColor="text1"/>
          <w:sz w:val="26"/>
        </w:rPr>
        <w:t xml:space="preserve"> </w:t>
      </w:r>
      <w:proofErr w:type="spellStart"/>
      <w:r w:rsidRPr="007F109F">
        <w:rPr>
          <w:b/>
          <w:color w:val="000000" w:themeColor="text1"/>
          <w:sz w:val="26"/>
        </w:rPr>
        <w:t>제출</w:t>
      </w:r>
      <w:proofErr w:type="spellEnd"/>
    </w:p>
    <w:p w14:paraId="68F4FA2E" w14:textId="32EE3AEF" w:rsidR="007F109F" w:rsidRPr="007F109F" w:rsidRDefault="001B52BD" w:rsidP="007F109F">
      <w:pPr>
        <w:pStyle w:val="a9"/>
        <w:numPr>
          <w:ilvl w:val="0"/>
          <w:numId w:val="12"/>
        </w:numPr>
        <w:rPr>
          <w:lang w:eastAsia="ko-KR"/>
        </w:rPr>
      </w:pPr>
      <w:r w:rsidRPr="007F109F">
        <w:rPr>
          <w:color w:val="000000"/>
          <w:sz w:val="20"/>
          <w:szCs w:val="20"/>
          <w:lang w:eastAsia="ko-KR"/>
        </w:rPr>
        <w:t>접수기한:</w:t>
      </w:r>
      <w:r w:rsidRPr="007F109F">
        <w:rPr>
          <w:b/>
          <w:color w:val="000000"/>
          <w:lang w:eastAsia="ko-KR"/>
        </w:rPr>
        <w:t xml:space="preserve"> </w:t>
      </w:r>
      <w:r w:rsidR="007F109F">
        <w:rPr>
          <w:b/>
          <w:color w:val="C00000"/>
          <w:lang w:eastAsia="ko-KR"/>
        </w:rPr>
        <w:t xml:space="preserve">2026. 09. </w:t>
      </w:r>
      <w:r w:rsidR="002722B1">
        <w:rPr>
          <w:b/>
          <w:color w:val="C00000"/>
          <w:lang w:eastAsia="ko-KR"/>
        </w:rPr>
        <w:t>23</w:t>
      </w:r>
      <w:r w:rsidR="007F109F">
        <w:rPr>
          <w:b/>
          <w:color w:val="C00000"/>
          <w:lang w:eastAsia="ko-KR"/>
        </w:rPr>
        <w:t>(</w:t>
      </w:r>
      <w:r w:rsidR="002722B1">
        <w:rPr>
          <w:rFonts w:hint="eastAsia"/>
          <w:b/>
          <w:color w:val="C00000"/>
          <w:lang w:eastAsia="ko-KR"/>
        </w:rPr>
        <w:t>수</w:t>
      </w:r>
      <w:proofErr w:type="gramStart"/>
      <w:r w:rsidR="007F109F">
        <w:rPr>
          <w:rFonts w:hint="eastAsia"/>
          <w:b/>
          <w:color w:val="C00000"/>
          <w:lang w:eastAsia="ko-KR"/>
        </w:rPr>
        <w:t>)</w:t>
      </w:r>
      <w:r w:rsidR="007F109F">
        <w:rPr>
          <w:b/>
          <w:color w:val="C00000"/>
          <w:lang w:eastAsia="ko-KR"/>
        </w:rPr>
        <w:t xml:space="preserve"> </w:t>
      </w:r>
      <w:r w:rsidR="007F109F">
        <w:rPr>
          <w:rFonts w:hint="eastAsia"/>
          <w:b/>
          <w:color w:val="C00000"/>
          <w:lang w:eastAsia="ko-KR"/>
        </w:rPr>
        <w:t>까지</w:t>
      </w:r>
      <w:proofErr w:type="gramEnd"/>
    </w:p>
    <w:p w14:paraId="56D2F7E3" w14:textId="77777777" w:rsidR="002722B1" w:rsidRPr="002722B1" w:rsidRDefault="001B52BD" w:rsidP="002722B1">
      <w:pPr>
        <w:pStyle w:val="a9"/>
        <w:numPr>
          <w:ilvl w:val="0"/>
          <w:numId w:val="12"/>
        </w:numPr>
        <w:rPr>
          <w:lang w:eastAsia="ko-KR"/>
        </w:rPr>
      </w:pPr>
      <w:r w:rsidRPr="007F109F">
        <w:rPr>
          <w:color w:val="000000"/>
          <w:sz w:val="20"/>
          <w:szCs w:val="20"/>
          <w:lang w:eastAsia="ko-KR"/>
        </w:rPr>
        <w:t>접수방법:</w:t>
      </w:r>
      <w:r w:rsidRPr="007F109F">
        <w:rPr>
          <w:b/>
          <w:color w:val="000000"/>
          <w:lang w:eastAsia="ko-KR"/>
        </w:rPr>
        <w:t xml:space="preserve"> </w:t>
      </w:r>
      <w:r w:rsidRPr="002722B1">
        <w:rPr>
          <w:b/>
          <w:color w:val="C00000"/>
          <w:lang w:eastAsia="ko-KR"/>
        </w:rPr>
        <w:t>이메일</w:t>
      </w:r>
      <w:r w:rsidR="002722B1">
        <w:rPr>
          <w:rFonts w:hint="eastAsia"/>
          <w:b/>
          <w:color w:val="C00000"/>
          <w:lang w:eastAsia="ko-KR"/>
        </w:rPr>
        <w:t xml:space="preserve"> 접수 </w:t>
      </w:r>
    </w:p>
    <w:p w14:paraId="7902D739" w14:textId="59E545B8" w:rsidR="007F109F" w:rsidRPr="002722B1" w:rsidRDefault="001B52BD" w:rsidP="002722B1">
      <w:pPr>
        <w:pStyle w:val="a9"/>
        <w:numPr>
          <w:ilvl w:val="0"/>
          <w:numId w:val="12"/>
        </w:numPr>
        <w:rPr>
          <w:bCs/>
          <w:lang w:eastAsia="ko-KR"/>
        </w:rPr>
      </w:pPr>
      <w:r w:rsidRPr="002722B1">
        <w:rPr>
          <w:color w:val="000000"/>
          <w:sz w:val="20"/>
          <w:szCs w:val="20"/>
          <w:lang w:eastAsia="ko-KR"/>
        </w:rPr>
        <w:t>접</w:t>
      </w:r>
      <w:r w:rsidR="002722B1">
        <w:rPr>
          <w:rFonts w:hint="eastAsia"/>
          <w:color w:val="000000"/>
          <w:sz w:val="20"/>
          <w:szCs w:val="20"/>
          <w:lang w:eastAsia="ko-KR"/>
        </w:rPr>
        <w:t xml:space="preserve"> 수 </w:t>
      </w:r>
      <w:r w:rsidRPr="002722B1">
        <w:rPr>
          <w:color w:val="000000"/>
          <w:sz w:val="20"/>
          <w:szCs w:val="20"/>
          <w:lang w:eastAsia="ko-KR"/>
        </w:rPr>
        <w:t>처:</w:t>
      </w:r>
      <w:r w:rsidRPr="002722B1">
        <w:rPr>
          <w:b/>
          <w:color w:val="000000"/>
          <w:lang w:eastAsia="ko-KR"/>
        </w:rPr>
        <w:t xml:space="preserve"> </w:t>
      </w:r>
      <w:hyperlink r:id="rId8" w:history="1">
        <w:r w:rsidR="002722B1" w:rsidRPr="002722B1">
          <w:rPr>
            <w:rFonts w:hint="eastAsia"/>
            <w:b/>
            <w:color w:val="C00000"/>
            <w:lang w:eastAsia="ko-KR"/>
          </w:rPr>
          <w:t>sk</w:t>
        </w:r>
        <w:r w:rsidR="002722B1" w:rsidRPr="002722B1">
          <w:rPr>
            <w:b/>
            <w:color w:val="C00000"/>
            <w:lang w:eastAsia="ko-KR"/>
          </w:rPr>
          <w:t>i.ip00604@partner.sk.com</w:t>
        </w:r>
      </w:hyperlink>
      <w:r w:rsidR="002722B1" w:rsidRPr="002722B1">
        <w:rPr>
          <w:b/>
          <w:color w:val="C00000"/>
          <w:lang w:eastAsia="ko-KR"/>
        </w:rPr>
        <w:t xml:space="preserve"> / </w:t>
      </w:r>
      <w:hyperlink r:id="rId9" w:history="1">
        <w:r w:rsidR="002722B1" w:rsidRPr="002722B1">
          <w:rPr>
            <w:b/>
            <w:color w:val="C00000"/>
            <w:lang w:eastAsia="ko-KR"/>
          </w:rPr>
          <w:t>ski.ip02456@patner.sk.com</w:t>
        </w:r>
      </w:hyperlink>
      <w:r w:rsidR="002722B1" w:rsidRPr="002722B1">
        <w:rPr>
          <w:b/>
          <w:color w:val="C00000"/>
          <w:lang w:eastAsia="ko-KR"/>
        </w:rPr>
        <w:t xml:space="preserve"> : </w:t>
      </w:r>
      <w:r w:rsidR="002722B1" w:rsidRPr="002722B1">
        <w:rPr>
          <w:rFonts w:hint="eastAsia"/>
          <w:b/>
          <w:color w:val="C00000"/>
          <w:lang w:eastAsia="ko-KR"/>
        </w:rPr>
        <w:t>두 메일 모두에 발신</w:t>
      </w:r>
    </w:p>
    <w:p w14:paraId="64AFD71D" w14:textId="0A3D20C2" w:rsidR="001D0660" w:rsidRPr="00704766" w:rsidRDefault="001B52BD" w:rsidP="00FC01B1">
      <w:pPr>
        <w:pStyle w:val="a9"/>
        <w:numPr>
          <w:ilvl w:val="0"/>
          <w:numId w:val="12"/>
        </w:numPr>
        <w:rPr>
          <w:lang w:eastAsia="ko-KR"/>
        </w:rPr>
      </w:pPr>
      <w:r w:rsidRPr="007F109F">
        <w:rPr>
          <w:color w:val="000000"/>
          <w:sz w:val="20"/>
          <w:szCs w:val="20"/>
          <w:lang w:eastAsia="ko-KR"/>
        </w:rPr>
        <w:t>담당</w:t>
      </w:r>
      <w:r w:rsidR="002722B1">
        <w:rPr>
          <w:rFonts w:hint="eastAsia"/>
          <w:color w:val="000000"/>
          <w:sz w:val="20"/>
          <w:szCs w:val="20"/>
          <w:lang w:eastAsia="ko-KR"/>
        </w:rPr>
        <w:t>부서</w:t>
      </w:r>
      <w:r w:rsidRPr="007F109F">
        <w:rPr>
          <w:color w:val="000000"/>
          <w:sz w:val="20"/>
          <w:szCs w:val="20"/>
          <w:lang w:eastAsia="ko-KR"/>
        </w:rPr>
        <w:t>:</w:t>
      </w:r>
      <w:r w:rsidRPr="007F109F">
        <w:rPr>
          <w:b/>
          <w:color w:val="000000"/>
          <w:lang w:eastAsia="ko-KR"/>
        </w:rPr>
        <w:t xml:space="preserve"> </w:t>
      </w:r>
      <w:r w:rsidR="002722B1" w:rsidRPr="002722B1">
        <w:rPr>
          <w:rFonts w:hint="eastAsia"/>
          <w:b/>
          <w:color w:val="C00000"/>
          <w:lang w:eastAsia="ko-KR"/>
        </w:rPr>
        <w:t>제주S</w:t>
      </w:r>
      <w:r w:rsidR="002722B1" w:rsidRPr="002722B1">
        <w:rPr>
          <w:b/>
          <w:color w:val="C00000"/>
          <w:lang w:eastAsia="ko-KR"/>
        </w:rPr>
        <w:t xml:space="preserve">K FC </w:t>
      </w:r>
      <w:r w:rsidR="002722B1" w:rsidRPr="002722B1">
        <w:rPr>
          <w:rFonts w:hint="eastAsia"/>
          <w:b/>
          <w:color w:val="C00000"/>
          <w:lang w:eastAsia="ko-KR"/>
        </w:rPr>
        <w:t xml:space="preserve">전력강화실 선수단운영팀 </w:t>
      </w:r>
      <w:r w:rsidR="002722B1" w:rsidRPr="002722B1">
        <w:rPr>
          <w:b/>
          <w:color w:val="C00000"/>
          <w:lang w:eastAsia="ko-KR"/>
        </w:rPr>
        <w:t>064-738-0934</w:t>
      </w:r>
    </w:p>
    <w:p w14:paraId="48DC5AB6" w14:textId="6AF87E2F" w:rsidR="001D0660" w:rsidRPr="002722B1" w:rsidRDefault="001B52BD" w:rsidP="007F109F">
      <w:pPr>
        <w:pStyle w:val="a9"/>
        <w:numPr>
          <w:ilvl w:val="0"/>
          <w:numId w:val="13"/>
        </w:numPr>
        <w:rPr>
          <w:sz w:val="20"/>
          <w:szCs w:val="20"/>
          <w:lang w:eastAsia="ko-KR"/>
        </w:rPr>
      </w:pPr>
      <w:r w:rsidRPr="002722B1">
        <w:rPr>
          <w:color w:val="000000"/>
          <w:sz w:val="20"/>
          <w:szCs w:val="20"/>
          <w:lang w:eastAsia="ko-KR"/>
        </w:rPr>
        <w:t>접수기한 이후 도착한 서류는 접수하지 않으며, 제출서류의 누락 또는 오류에 대한 책임은 입찰자에게 있습니다.</w:t>
      </w:r>
    </w:p>
    <w:p w14:paraId="5A0DB434" w14:textId="3C0C2F28" w:rsidR="007F109F" w:rsidRDefault="007F109F" w:rsidP="007F109F">
      <w:pPr>
        <w:rPr>
          <w:lang w:eastAsia="ko-KR"/>
        </w:rPr>
      </w:pPr>
    </w:p>
    <w:p w14:paraId="3A79EB5F" w14:textId="3C808AD8" w:rsidR="007F109F" w:rsidRDefault="007F109F" w:rsidP="007F109F">
      <w:pPr>
        <w:rPr>
          <w:lang w:eastAsia="ko-KR"/>
        </w:rPr>
      </w:pPr>
    </w:p>
    <w:p w14:paraId="2A5B55D0" w14:textId="0CF7E222" w:rsidR="007F109F" w:rsidRDefault="007F109F" w:rsidP="007F109F">
      <w:pPr>
        <w:rPr>
          <w:lang w:eastAsia="ko-KR"/>
        </w:rPr>
      </w:pPr>
    </w:p>
    <w:p w14:paraId="1CAAF677" w14:textId="77777777" w:rsidR="007F109F" w:rsidRDefault="007F109F" w:rsidP="007F109F">
      <w:pPr>
        <w:rPr>
          <w:lang w:eastAsia="ko-KR"/>
        </w:rPr>
      </w:pPr>
    </w:p>
    <w:p w14:paraId="39347D77" w14:textId="2948955D" w:rsidR="007F109F" w:rsidRDefault="007F109F" w:rsidP="007F109F">
      <w:pPr>
        <w:rPr>
          <w:lang w:eastAsia="ko-KR"/>
        </w:rPr>
      </w:pPr>
    </w:p>
    <w:p w14:paraId="6096C89B" w14:textId="77777777" w:rsidR="0021445F" w:rsidRDefault="0021445F" w:rsidP="007F109F">
      <w:pPr>
        <w:rPr>
          <w:lang w:eastAsia="ko-KR"/>
        </w:rPr>
      </w:pPr>
    </w:p>
    <w:p w14:paraId="4D26E65E" w14:textId="77777777" w:rsidR="002722B1" w:rsidRPr="002722B1" w:rsidRDefault="002722B1" w:rsidP="002722B1">
      <w:pPr>
        <w:spacing w:after="0"/>
        <w:rPr>
          <w:color w:val="000000"/>
          <w:sz w:val="20"/>
          <w:szCs w:val="20"/>
          <w:lang w:eastAsia="ko-KR"/>
        </w:rPr>
      </w:pPr>
    </w:p>
    <w:p w14:paraId="4890D687" w14:textId="77777777" w:rsidR="001D0660" w:rsidRPr="002722B1" w:rsidRDefault="001B52BD" w:rsidP="0021445F">
      <w:pPr>
        <w:pStyle w:val="a9"/>
        <w:numPr>
          <w:ilvl w:val="0"/>
          <w:numId w:val="8"/>
        </w:numPr>
        <w:spacing w:before="240" w:after="0"/>
        <w:rPr>
          <w:b/>
          <w:color w:val="000000" w:themeColor="text1"/>
          <w:sz w:val="26"/>
        </w:rPr>
      </w:pPr>
      <w:proofErr w:type="spellStart"/>
      <w:r w:rsidRPr="002722B1">
        <w:rPr>
          <w:b/>
          <w:color w:val="000000" w:themeColor="text1"/>
          <w:sz w:val="26"/>
        </w:rPr>
        <w:lastRenderedPageBreak/>
        <w:t>제출서류</w:t>
      </w:r>
      <w:proofErr w:type="spellEnd"/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650"/>
        <w:gridCol w:w="5250"/>
        <w:gridCol w:w="1500"/>
        <w:gridCol w:w="2465"/>
      </w:tblGrid>
      <w:tr w:rsidR="001D0660" w:rsidRPr="00704766" w14:paraId="6C11E5C3" w14:textId="77777777">
        <w:trPr>
          <w:cantSplit/>
          <w:tblHeader/>
        </w:trPr>
        <w:tc>
          <w:tcPr>
            <w:tcW w:w="65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782CDC9" w14:textId="77777777" w:rsidR="001D0660" w:rsidRPr="002722B1" w:rsidRDefault="001B52BD" w:rsidP="002722B1">
            <w:pPr>
              <w:spacing w:after="0" w:line="269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2722B1">
              <w:rPr>
                <w:b/>
                <w:color w:val="FFFFFF" w:themeColor="background1"/>
                <w:sz w:val="20"/>
                <w:szCs w:val="20"/>
              </w:rPr>
              <w:t>번호</w:t>
            </w:r>
            <w:proofErr w:type="spellEnd"/>
          </w:p>
        </w:tc>
        <w:tc>
          <w:tcPr>
            <w:tcW w:w="525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01D8291" w14:textId="77777777" w:rsidR="001D0660" w:rsidRPr="002722B1" w:rsidRDefault="001B52BD" w:rsidP="002722B1">
            <w:pPr>
              <w:spacing w:after="0" w:line="269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2722B1">
              <w:rPr>
                <w:b/>
                <w:color w:val="FFFFFF" w:themeColor="background1"/>
                <w:sz w:val="20"/>
                <w:szCs w:val="20"/>
              </w:rPr>
              <w:t>제출서류</w:t>
            </w:r>
            <w:proofErr w:type="spellEnd"/>
          </w:p>
        </w:tc>
        <w:tc>
          <w:tcPr>
            <w:tcW w:w="15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726D9E8" w14:textId="77777777" w:rsidR="001D0660" w:rsidRPr="002722B1" w:rsidRDefault="001B52BD" w:rsidP="002722B1">
            <w:pPr>
              <w:spacing w:after="0" w:line="269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2722B1">
              <w:rPr>
                <w:b/>
                <w:color w:val="FFFFFF" w:themeColor="background1"/>
                <w:sz w:val="20"/>
                <w:szCs w:val="20"/>
              </w:rPr>
              <w:t>수량</w:t>
            </w:r>
            <w:proofErr w:type="spellEnd"/>
          </w:p>
        </w:tc>
        <w:tc>
          <w:tcPr>
            <w:tcW w:w="246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8825C0A" w14:textId="77777777" w:rsidR="001D0660" w:rsidRPr="002722B1" w:rsidRDefault="001B52BD" w:rsidP="002722B1">
            <w:pPr>
              <w:spacing w:after="0" w:line="269" w:lineRule="auto"/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2722B1">
              <w:rPr>
                <w:b/>
                <w:color w:val="FFFFFF" w:themeColor="background1"/>
                <w:sz w:val="20"/>
                <w:szCs w:val="20"/>
              </w:rPr>
              <w:t>비고</w:t>
            </w:r>
            <w:proofErr w:type="spellEnd"/>
          </w:p>
        </w:tc>
      </w:tr>
      <w:tr w:rsidR="001D0660" w:rsidRPr="00704766" w14:paraId="4F8996E7" w14:textId="77777777">
        <w:trPr>
          <w:cantSplit/>
        </w:trPr>
        <w:tc>
          <w:tcPr>
            <w:tcW w:w="6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5A86CE5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2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96634D5" w14:textId="5E571BDB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2722B1">
              <w:rPr>
                <w:bCs/>
                <w:color w:val="000000"/>
                <w:sz w:val="20"/>
                <w:szCs w:val="20"/>
                <w:lang w:eastAsia="ko-KR"/>
              </w:rPr>
              <w:t>입찰참가신청서</w:t>
            </w:r>
            <w:r w:rsidR="003756A6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및 업체일반현황</w:t>
            </w:r>
          </w:p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105863A" w14:textId="58DF24A8" w:rsidR="001D0660" w:rsidRPr="002722B1" w:rsidRDefault="003756A6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각 </w:t>
            </w:r>
            <w:r w:rsidR="001B52BD" w:rsidRPr="002722B1">
              <w:rPr>
                <w:bCs/>
                <w:color w:val="000000"/>
                <w:sz w:val="20"/>
                <w:szCs w:val="20"/>
              </w:rPr>
              <w:t>1부</w:t>
            </w:r>
          </w:p>
        </w:tc>
        <w:tc>
          <w:tcPr>
            <w:tcW w:w="24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BFB3769" w14:textId="42BCD5AA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서식</w:t>
            </w:r>
            <w:proofErr w:type="spellEnd"/>
            <w:r w:rsidRPr="002722B1">
              <w:rPr>
                <w:bCs/>
                <w:color w:val="000000"/>
                <w:sz w:val="20"/>
                <w:szCs w:val="20"/>
              </w:rPr>
              <w:t xml:space="preserve"> 1</w:t>
            </w:r>
            <w:r w:rsidR="003756A6" w:rsidRPr="002722B1">
              <w:rPr>
                <w:bCs/>
                <w:color w:val="000000"/>
                <w:sz w:val="20"/>
                <w:szCs w:val="20"/>
              </w:rPr>
              <w:t>·</w:t>
            </w:r>
            <w:r w:rsidR="003756A6"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D0660" w:rsidRPr="00704766" w14:paraId="6509C3C7" w14:textId="77777777">
        <w:trPr>
          <w:cantSplit/>
        </w:trPr>
        <w:tc>
          <w:tcPr>
            <w:tcW w:w="6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C6EFB00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2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8A01C18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2722B1">
              <w:rPr>
                <w:bCs/>
                <w:color w:val="000000"/>
                <w:sz w:val="20"/>
                <w:szCs w:val="20"/>
                <w:lang w:eastAsia="ko-KR"/>
              </w:rPr>
              <w:t>사업자등록증 및 법인등기사항증명서</w:t>
            </w:r>
          </w:p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162B08B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각 1부</w:t>
            </w:r>
          </w:p>
        </w:tc>
        <w:tc>
          <w:tcPr>
            <w:tcW w:w="24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21B86A9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해당자</w:t>
            </w:r>
            <w:proofErr w:type="spellEnd"/>
          </w:p>
        </w:tc>
      </w:tr>
      <w:tr w:rsidR="001D0660" w:rsidRPr="00704766" w14:paraId="5B6CDD56" w14:textId="77777777">
        <w:trPr>
          <w:cantSplit/>
        </w:trPr>
        <w:tc>
          <w:tcPr>
            <w:tcW w:w="6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BD0080" w14:textId="02DE2E3B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52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EC9142D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2722B1">
              <w:rPr>
                <w:bCs/>
                <w:color w:val="000000"/>
                <w:sz w:val="20"/>
                <w:szCs w:val="20"/>
                <w:lang w:eastAsia="ko-KR"/>
              </w:rPr>
              <w:t>법인인감증명서 및 사용인감계</w:t>
            </w:r>
          </w:p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317EED9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각 1부</w:t>
            </w:r>
          </w:p>
        </w:tc>
        <w:tc>
          <w:tcPr>
            <w:tcW w:w="24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832AEE8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해당자</w:t>
            </w:r>
            <w:proofErr w:type="spellEnd"/>
          </w:p>
        </w:tc>
      </w:tr>
      <w:tr w:rsidR="001D0660" w:rsidRPr="00704766" w14:paraId="233FEF5F" w14:textId="77777777">
        <w:trPr>
          <w:cantSplit/>
        </w:trPr>
        <w:tc>
          <w:tcPr>
            <w:tcW w:w="6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A742207" w14:textId="20A04D0D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4</w:t>
            </w:r>
          </w:p>
        </w:tc>
        <w:tc>
          <w:tcPr>
            <w:tcW w:w="52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44A5510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2722B1">
              <w:rPr>
                <w:bCs/>
                <w:color w:val="000000"/>
                <w:sz w:val="20"/>
                <w:szCs w:val="20"/>
                <w:lang w:eastAsia="ko-KR"/>
              </w:rPr>
              <w:t>국세 및 지방세 납세증명서</w:t>
            </w:r>
          </w:p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2AE1DA8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각 1부</w:t>
            </w:r>
          </w:p>
        </w:tc>
        <w:tc>
          <w:tcPr>
            <w:tcW w:w="24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CB47D84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유효기간</w:t>
            </w:r>
            <w:proofErr w:type="spellEnd"/>
            <w:r w:rsidRPr="002722B1">
              <w:rPr>
                <w:bCs/>
                <w:color w:val="000000"/>
                <w:sz w:val="20"/>
                <w:szCs w:val="20"/>
              </w:rPr>
              <w:t xml:space="preserve"> 내</w:t>
            </w:r>
          </w:p>
        </w:tc>
      </w:tr>
      <w:tr w:rsidR="001D0660" w:rsidRPr="00704766" w14:paraId="66595F2E" w14:textId="77777777">
        <w:trPr>
          <w:cantSplit/>
        </w:trPr>
        <w:tc>
          <w:tcPr>
            <w:tcW w:w="6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6CECEC0" w14:textId="40B8A75E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52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6DE8148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신용평가등급</w:t>
            </w:r>
            <w:proofErr w:type="spellEnd"/>
            <w:r w:rsidRPr="002722B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확인서</w:t>
            </w:r>
            <w:proofErr w:type="spellEnd"/>
          </w:p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1125F5A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1부</w:t>
            </w:r>
          </w:p>
        </w:tc>
        <w:tc>
          <w:tcPr>
            <w:tcW w:w="24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8E0E25F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공고일</w:t>
            </w:r>
            <w:proofErr w:type="spellEnd"/>
            <w:r w:rsidRPr="002722B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기준</w:t>
            </w:r>
            <w:proofErr w:type="spellEnd"/>
            <w:r w:rsidRPr="002722B1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유효본</w:t>
            </w:r>
            <w:proofErr w:type="spellEnd"/>
          </w:p>
        </w:tc>
      </w:tr>
      <w:tr w:rsidR="001D0660" w:rsidRPr="00704766" w14:paraId="164528DA" w14:textId="77777777">
        <w:trPr>
          <w:cantSplit/>
        </w:trPr>
        <w:tc>
          <w:tcPr>
            <w:tcW w:w="6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DA54D8B" w14:textId="06F9A21C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6</w:t>
            </w:r>
          </w:p>
        </w:tc>
        <w:tc>
          <w:tcPr>
            <w:tcW w:w="52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99C7B34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2722B1">
              <w:rPr>
                <w:bCs/>
                <w:color w:val="000000"/>
                <w:sz w:val="20"/>
                <w:szCs w:val="20"/>
                <w:lang w:eastAsia="ko-KR"/>
              </w:rPr>
              <w:t>정량평가 증빙 및 유사사업 수행실적</w:t>
            </w:r>
          </w:p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32F4C17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1식</w:t>
            </w:r>
          </w:p>
        </w:tc>
        <w:tc>
          <w:tcPr>
            <w:tcW w:w="24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886CBCB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서식</w:t>
            </w:r>
            <w:proofErr w:type="spellEnd"/>
            <w:r w:rsidRPr="002722B1">
              <w:rPr>
                <w:bCs/>
                <w:color w:val="000000"/>
                <w:sz w:val="20"/>
                <w:szCs w:val="20"/>
              </w:rPr>
              <w:t xml:space="preserve"> 3·4</w:t>
            </w:r>
          </w:p>
        </w:tc>
      </w:tr>
      <w:tr w:rsidR="001D0660" w:rsidRPr="00704766" w14:paraId="2E30447B" w14:textId="77777777">
        <w:trPr>
          <w:cantSplit/>
        </w:trPr>
        <w:tc>
          <w:tcPr>
            <w:tcW w:w="6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63D0191" w14:textId="31CCC14C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7</w:t>
            </w:r>
          </w:p>
        </w:tc>
        <w:tc>
          <w:tcPr>
            <w:tcW w:w="52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D7217BB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기술제안서</w:t>
            </w:r>
            <w:proofErr w:type="spellEnd"/>
          </w:p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D0524BF" w14:textId="2F73070B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1부</w:t>
            </w:r>
          </w:p>
        </w:tc>
        <w:tc>
          <w:tcPr>
            <w:tcW w:w="24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95F75A1" w14:textId="1C45A767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자율서식</w:t>
            </w:r>
          </w:p>
        </w:tc>
      </w:tr>
      <w:tr w:rsidR="001D0660" w:rsidRPr="00704766" w14:paraId="5D808241" w14:textId="77777777">
        <w:trPr>
          <w:cantSplit/>
        </w:trPr>
        <w:tc>
          <w:tcPr>
            <w:tcW w:w="6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CBFF5DC" w14:textId="17205222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8</w:t>
            </w:r>
          </w:p>
        </w:tc>
        <w:tc>
          <w:tcPr>
            <w:tcW w:w="52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B479DDD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2722B1">
              <w:rPr>
                <w:bCs/>
                <w:color w:val="000000"/>
                <w:sz w:val="20"/>
                <w:szCs w:val="20"/>
                <w:lang w:eastAsia="ko-KR"/>
              </w:rPr>
              <w:t>가격제안서 및 세부 산출내역서</w:t>
            </w:r>
          </w:p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7FEFD1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각 1부</w:t>
            </w:r>
          </w:p>
        </w:tc>
        <w:tc>
          <w:tcPr>
            <w:tcW w:w="24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81FF82C" w14:textId="55C132AB" w:rsidR="001D0660" w:rsidRPr="002722B1" w:rsidRDefault="003756A6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서식 </w:t>
            </w:r>
            <w:r>
              <w:rPr>
                <w:bCs/>
                <w:color w:val="000000"/>
                <w:sz w:val="20"/>
                <w:szCs w:val="20"/>
                <w:lang w:eastAsia="ko-KR"/>
              </w:rPr>
              <w:t>5</w:t>
            </w:r>
          </w:p>
        </w:tc>
      </w:tr>
      <w:tr w:rsidR="001D0660" w:rsidRPr="00704766" w14:paraId="02A41BCC" w14:textId="77777777">
        <w:trPr>
          <w:cantSplit/>
        </w:trPr>
        <w:tc>
          <w:tcPr>
            <w:tcW w:w="6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611E263" w14:textId="4DFBADCE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9</w:t>
            </w:r>
          </w:p>
        </w:tc>
        <w:tc>
          <w:tcPr>
            <w:tcW w:w="52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26C396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2722B1">
              <w:rPr>
                <w:bCs/>
                <w:color w:val="000000"/>
                <w:sz w:val="20"/>
                <w:szCs w:val="20"/>
                <w:lang w:eastAsia="ko-KR"/>
              </w:rPr>
              <w:t>서약서 및 보안·개인정보 준수확약서</w:t>
            </w:r>
          </w:p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2A203E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각 1부</w:t>
            </w:r>
          </w:p>
        </w:tc>
        <w:tc>
          <w:tcPr>
            <w:tcW w:w="24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C23C0B0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서식</w:t>
            </w:r>
            <w:proofErr w:type="spellEnd"/>
            <w:r w:rsidRPr="002722B1">
              <w:rPr>
                <w:bCs/>
                <w:color w:val="000000"/>
                <w:sz w:val="20"/>
                <w:szCs w:val="20"/>
              </w:rPr>
              <w:t xml:space="preserve"> 6</w:t>
            </w:r>
          </w:p>
        </w:tc>
      </w:tr>
      <w:tr w:rsidR="001D0660" w:rsidRPr="00704766" w14:paraId="2FB8D9DB" w14:textId="77777777">
        <w:trPr>
          <w:cantSplit/>
        </w:trPr>
        <w:tc>
          <w:tcPr>
            <w:tcW w:w="6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83463E8" w14:textId="132B1158" w:rsidR="001D0660" w:rsidRPr="002722B1" w:rsidRDefault="002722B1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1</w:t>
            </w:r>
            <w:r>
              <w:rPr>
                <w:bCs/>
                <w:color w:val="000000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2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CE97067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2722B1">
              <w:rPr>
                <w:bCs/>
                <w:color w:val="000000"/>
                <w:sz w:val="20"/>
                <w:szCs w:val="20"/>
                <w:lang w:eastAsia="ko-KR"/>
              </w:rPr>
              <w:t>기타 구단이 요구하는 증빙자료</w:t>
            </w:r>
          </w:p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28A174F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2722B1">
              <w:rPr>
                <w:bCs/>
                <w:color w:val="000000"/>
                <w:sz w:val="20"/>
                <w:szCs w:val="20"/>
              </w:rPr>
              <w:t>1식</w:t>
            </w:r>
          </w:p>
        </w:tc>
        <w:tc>
          <w:tcPr>
            <w:tcW w:w="24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6ACD6CB" w14:textId="77777777" w:rsidR="001D0660" w:rsidRPr="002722B1" w:rsidRDefault="001B52BD" w:rsidP="002722B1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2722B1">
              <w:rPr>
                <w:bCs/>
                <w:color w:val="000000"/>
                <w:sz w:val="20"/>
                <w:szCs w:val="20"/>
              </w:rPr>
              <w:t>해당자</w:t>
            </w:r>
            <w:proofErr w:type="spellEnd"/>
          </w:p>
        </w:tc>
      </w:tr>
    </w:tbl>
    <w:p w14:paraId="14E5D2E0" w14:textId="1F4D203F" w:rsidR="001D0660" w:rsidRPr="002722B1" w:rsidRDefault="002722B1" w:rsidP="002722B1">
      <w:pPr>
        <w:pStyle w:val="a9"/>
        <w:numPr>
          <w:ilvl w:val="0"/>
          <w:numId w:val="8"/>
        </w:numPr>
        <w:spacing w:before="240"/>
        <w:rPr>
          <w:b/>
          <w:color w:val="000000" w:themeColor="text1"/>
          <w:sz w:val="26"/>
          <w:lang w:eastAsia="ko-KR"/>
        </w:rPr>
      </w:pPr>
      <w:r w:rsidRPr="002722B1">
        <w:rPr>
          <w:b/>
          <w:color w:val="FF0000"/>
          <w:sz w:val="26"/>
          <w:highlight w:val="yellow"/>
          <w:lang w:eastAsia="ko-KR"/>
        </w:rPr>
        <w:t>(</w:t>
      </w:r>
      <w:r w:rsidRPr="002722B1">
        <w:rPr>
          <w:rFonts w:hint="eastAsia"/>
          <w:b/>
          <w:color w:val="FF0000"/>
          <w:sz w:val="26"/>
          <w:highlight w:val="yellow"/>
          <w:lang w:eastAsia="ko-KR"/>
        </w:rPr>
        <w:t>필요시)</w:t>
      </w:r>
      <w:r>
        <w:rPr>
          <w:b/>
          <w:color w:val="FF0000"/>
          <w:sz w:val="26"/>
          <w:lang w:eastAsia="ko-KR"/>
        </w:rPr>
        <w:t xml:space="preserve"> </w:t>
      </w:r>
      <w:r w:rsidR="001B52BD" w:rsidRPr="002722B1">
        <w:rPr>
          <w:b/>
          <w:color w:val="000000" w:themeColor="text1"/>
          <w:sz w:val="26"/>
          <w:lang w:eastAsia="ko-KR"/>
        </w:rPr>
        <w:t>제안발표 및 평가</w:t>
      </w:r>
      <w:r>
        <w:rPr>
          <w:rFonts w:hint="eastAsia"/>
          <w:b/>
          <w:color w:val="000000" w:themeColor="text1"/>
          <w:sz w:val="26"/>
          <w:lang w:eastAsia="ko-KR"/>
        </w:rPr>
        <w:t>:</w:t>
      </w:r>
      <w:r>
        <w:rPr>
          <w:b/>
          <w:color w:val="000000" w:themeColor="text1"/>
          <w:sz w:val="26"/>
          <w:lang w:eastAsia="ko-KR"/>
        </w:rPr>
        <w:t xml:space="preserve"> 9. 30(</w:t>
      </w:r>
      <w:r>
        <w:rPr>
          <w:rFonts w:hint="eastAsia"/>
          <w:b/>
          <w:color w:val="000000" w:themeColor="text1"/>
          <w:sz w:val="26"/>
          <w:lang w:eastAsia="ko-KR"/>
        </w:rPr>
        <w:t xml:space="preserve">수) </w:t>
      </w:r>
    </w:p>
    <w:p w14:paraId="114E1A51" w14:textId="77777777" w:rsidR="002722B1" w:rsidRPr="002722B1" w:rsidRDefault="001B52BD" w:rsidP="002722B1">
      <w:pPr>
        <w:pStyle w:val="a9"/>
        <w:numPr>
          <w:ilvl w:val="0"/>
          <w:numId w:val="14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발표시간: 업체별 20분 이내 발표, 10분 이내 질의응답을 원칙으로 하되 참가업체 수에 따라 조정 가능</w:t>
      </w:r>
    </w:p>
    <w:p w14:paraId="16C7FC45" w14:textId="77777777" w:rsidR="002722B1" w:rsidRPr="002722B1" w:rsidRDefault="001B52BD" w:rsidP="002722B1">
      <w:pPr>
        <w:pStyle w:val="a9"/>
        <w:numPr>
          <w:ilvl w:val="0"/>
          <w:numId w:val="14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발표자: 본 사업의 총괄책임자가 직접 발표하는 것을 원칙으로 함</w:t>
      </w:r>
    </w:p>
    <w:p w14:paraId="5EC00BE3" w14:textId="77777777" w:rsidR="002722B1" w:rsidRPr="002722B1" w:rsidRDefault="001B52BD" w:rsidP="002722B1">
      <w:pPr>
        <w:pStyle w:val="a9"/>
        <w:numPr>
          <w:ilvl w:val="0"/>
          <w:numId w:val="14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참석인원: 발표자를 포함하여 업체별 3명 이내</w:t>
      </w:r>
    </w:p>
    <w:p w14:paraId="682338A7" w14:textId="77777777" w:rsidR="002722B1" w:rsidRPr="002722B1" w:rsidRDefault="001B52BD" w:rsidP="002722B1">
      <w:pPr>
        <w:pStyle w:val="a9"/>
        <w:numPr>
          <w:ilvl w:val="0"/>
          <w:numId w:val="14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제안서에 기재되지 않은 새로운 사항은 원칙적으로 평가에 반영하지 않으며, 평가위원의 확인 질문에 대한 설명자료만 허용</w:t>
      </w:r>
    </w:p>
    <w:p w14:paraId="4F9BF4AB" w14:textId="0C5352EB" w:rsidR="002722B1" w:rsidRPr="002722B1" w:rsidRDefault="001B52BD" w:rsidP="002722B1">
      <w:pPr>
        <w:pStyle w:val="a9"/>
        <w:numPr>
          <w:ilvl w:val="0"/>
          <w:numId w:val="14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제안평가에 참가하지 않은 업체는 기술평가 대상에서 제외할 수 있음</w:t>
      </w:r>
    </w:p>
    <w:p w14:paraId="73A0A6FB" w14:textId="77777777" w:rsidR="002722B1" w:rsidRPr="00704766" w:rsidRDefault="002722B1" w:rsidP="002722B1">
      <w:pPr>
        <w:pStyle w:val="a9"/>
        <w:ind w:left="760"/>
        <w:rPr>
          <w:lang w:eastAsia="ko-KR"/>
        </w:rPr>
      </w:pPr>
    </w:p>
    <w:p w14:paraId="290C78B7" w14:textId="77777777" w:rsidR="001D0660" w:rsidRPr="002722B1" w:rsidRDefault="001B52BD" w:rsidP="002722B1">
      <w:pPr>
        <w:pStyle w:val="a9"/>
        <w:numPr>
          <w:ilvl w:val="0"/>
          <w:numId w:val="8"/>
        </w:numPr>
        <w:spacing w:before="240"/>
        <w:rPr>
          <w:b/>
          <w:color w:val="000000" w:themeColor="text1"/>
          <w:sz w:val="26"/>
          <w:lang w:eastAsia="ko-KR"/>
        </w:rPr>
      </w:pPr>
      <w:r w:rsidRPr="002722B1">
        <w:rPr>
          <w:b/>
          <w:color w:val="000000" w:themeColor="text1"/>
          <w:sz w:val="26"/>
          <w:lang w:eastAsia="ko-KR"/>
        </w:rPr>
        <w:t>낙찰자 결정 및 협상</w:t>
      </w:r>
    </w:p>
    <w:p w14:paraId="3D8C0349" w14:textId="77777777" w:rsidR="002722B1" w:rsidRPr="002722B1" w:rsidRDefault="001B52BD" w:rsidP="002722B1">
      <w:pPr>
        <w:pStyle w:val="a9"/>
        <w:numPr>
          <w:ilvl w:val="0"/>
          <w:numId w:val="15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기술평가와 가격평가를 합산하여 최고득점 업체를 우선협상대상자로 선정합니다.</w:t>
      </w:r>
    </w:p>
    <w:p w14:paraId="0D2A437D" w14:textId="77777777" w:rsidR="002722B1" w:rsidRPr="002722B1" w:rsidRDefault="001B52BD" w:rsidP="002722B1">
      <w:pPr>
        <w:pStyle w:val="a9"/>
        <w:numPr>
          <w:ilvl w:val="0"/>
          <w:numId w:val="15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합산점수가 동일한 경우 기술평가 점수가 높은 업체를 우선하며, 기술점수도 동일하면 훈련시설, 숙박시설, 식음료 운영 항목의 합산점수가 높은 업체를 우선합니다.</w:t>
      </w:r>
    </w:p>
    <w:p w14:paraId="39C649B9" w14:textId="77777777" w:rsidR="002722B1" w:rsidRPr="002722B1" w:rsidRDefault="001B52BD" w:rsidP="002722B1">
      <w:pPr>
        <w:pStyle w:val="a9"/>
        <w:numPr>
          <w:ilvl w:val="0"/>
          <w:numId w:val="15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 xml:space="preserve">우선협상대상자와 과업내용, 일정, 가격, 지급조건 및 계약조건을 협상하며, 합의가 이루어지지 않을 경우 </w:t>
      </w:r>
      <w:proofErr w:type="spellStart"/>
      <w:r w:rsidRPr="002722B1">
        <w:rPr>
          <w:color w:val="000000"/>
          <w:sz w:val="20"/>
          <w:lang w:eastAsia="ko-KR"/>
        </w:rPr>
        <w:t>차순위</w:t>
      </w:r>
      <w:proofErr w:type="spellEnd"/>
      <w:r w:rsidRPr="002722B1">
        <w:rPr>
          <w:color w:val="000000"/>
          <w:sz w:val="20"/>
          <w:lang w:eastAsia="ko-KR"/>
        </w:rPr>
        <w:t xml:space="preserve"> 업체와 순차적으로 협상합니다.</w:t>
      </w:r>
    </w:p>
    <w:p w14:paraId="0043EE14" w14:textId="77777777" w:rsidR="002722B1" w:rsidRPr="002722B1" w:rsidRDefault="001B52BD" w:rsidP="002722B1">
      <w:pPr>
        <w:pStyle w:val="a9"/>
        <w:numPr>
          <w:ilvl w:val="0"/>
          <w:numId w:val="15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협상 과정에서 제안내용의 일부를 조정할 수 있으나, 구단의 필수 요구수준을 하향하거나 제안평가의 공정성을 훼손하는 변경은 허용하지 않습니다.</w:t>
      </w:r>
    </w:p>
    <w:p w14:paraId="5407C8AB" w14:textId="525F9829" w:rsidR="001D0660" w:rsidRPr="002722B1" w:rsidRDefault="001B52BD" w:rsidP="002722B1">
      <w:pPr>
        <w:pStyle w:val="a9"/>
        <w:numPr>
          <w:ilvl w:val="0"/>
          <w:numId w:val="15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lastRenderedPageBreak/>
        <w:t>우선협상대상자로 선정된 업체가 정당한 사유 없이 계약을 체결하지 않을 경우 선정을 취소하고 입찰보증금을 구단에 귀속시킬 수 있습니다.</w:t>
      </w:r>
    </w:p>
    <w:p w14:paraId="385D4D70" w14:textId="77777777" w:rsidR="002722B1" w:rsidRPr="00704766" w:rsidRDefault="002722B1" w:rsidP="002722B1">
      <w:pPr>
        <w:pStyle w:val="a9"/>
        <w:ind w:left="760"/>
        <w:rPr>
          <w:lang w:eastAsia="ko-KR"/>
        </w:rPr>
      </w:pPr>
    </w:p>
    <w:p w14:paraId="49AA19B8" w14:textId="77777777" w:rsidR="001D0660" w:rsidRPr="002722B1" w:rsidRDefault="001B52BD" w:rsidP="002722B1">
      <w:pPr>
        <w:pStyle w:val="a9"/>
        <w:numPr>
          <w:ilvl w:val="0"/>
          <w:numId w:val="8"/>
        </w:numPr>
        <w:spacing w:before="240"/>
        <w:rPr>
          <w:b/>
          <w:color w:val="000000" w:themeColor="text1"/>
          <w:sz w:val="26"/>
          <w:lang w:eastAsia="ko-KR"/>
        </w:rPr>
      </w:pPr>
      <w:r w:rsidRPr="002722B1">
        <w:rPr>
          <w:b/>
          <w:color w:val="000000" w:themeColor="text1"/>
          <w:sz w:val="26"/>
          <w:lang w:eastAsia="ko-KR"/>
        </w:rPr>
        <w:t>입찰 무효 및 유의사항</w:t>
      </w:r>
    </w:p>
    <w:p w14:paraId="537BB9E2" w14:textId="77777777" w:rsidR="002722B1" w:rsidRPr="002722B1" w:rsidRDefault="001B52BD" w:rsidP="002722B1">
      <w:pPr>
        <w:pStyle w:val="a9"/>
        <w:numPr>
          <w:ilvl w:val="0"/>
          <w:numId w:val="16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입찰 참가자격을 충족하지 못하거나 제출서류를 허위로 작성한 경우</w:t>
      </w:r>
    </w:p>
    <w:p w14:paraId="7AF093A4" w14:textId="77777777" w:rsidR="002722B1" w:rsidRPr="002722B1" w:rsidRDefault="001B52BD" w:rsidP="002722B1">
      <w:pPr>
        <w:pStyle w:val="a9"/>
        <w:numPr>
          <w:ilvl w:val="0"/>
          <w:numId w:val="16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사업예산을 초과하거나 가격제안서에 필수 산출내역이 누락된 경우</w:t>
      </w:r>
    </w:p>
    <w:p w14:paraId="6983BCF1" w14:textId="77777777" w:rsidR="002722B1" w:rsidRPr="002722B1" w:rsidRDefault="001B52BD" w:rsidP="002722B1">
      <w:pPr>
        <w:pStyle w:val="a9"/>
        <w:numPr>
          <w:ilvl w:val="0"/>
          <w:numId w:val="16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담합, 금품·향응 제공, 평가위원 접촉 등 공정한 평가를 저해하는 행위가 확인된 경우</w:t>
      </w:r>
    </w:p>
    <w:p w14:paraId="52874E06" w14:textId="77777777" w:rsidR="002722B1" w:rsidRPr="002722B1" w:rsidRDefault="001B52BD" w:rsidP="002722B1">
      <w:pPr>
        <w:pStyle w:val="a9"/>
        <w:numPr>
          <w:ilvl w:val="0"/>
          <w:numId w:val="16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제안서의 핵심 내용이 객관적으로 이행 불가능하거나 제3자의 권리를 침해하는 경우</w:t>
      </w:r>
    </w:p>
    <w:p w14:paraId="14D523FD" w14:textId="77777777" w:rsidR="002722B1" w:rsidRPr="002722B1" w:rsidRDefault="001B52BD" w:rsidP="002722B1">
      <w:pPr>
        <w:pStyle w:val="a9"/>
        <w:numPr>
          <w:ilvl w:val="0"/>
          <w:numId w:val="16"/>
        </w:numPr>
        <w:rPr>
          <w:lang w:eastAsia="ko-KR"/>
        </w:rPr>
      </w:pPr>
      <w:r w:rsidRPr="002722B1">
        <w:rPr>
          <w:color w:val="000000"/>
          <w:sz w:val="20"/>
          <w:lang w:eastAsia="ko-KR"/>
        </w:rPr>
        <w:t>구단이 정한 제출기한·방법을 위반하거나 서명·날인이 필요한 서류를 적정하게 제출하지 않은 경우</w:t>
      </w:r>
    </w:p>
    <w:p w14:paraId="7008A75A" w14:textId="3371A190" w:rsidR="002722B1" w:rsidRDefault="001B52BD" w:rsidP="00FC01B1">
      <w:pPr>
        <w:pStyle w:val="a9"/>
        <w:numPr>
          <w:ilvl w:val="0"/>
          <w:numId w:val="16"/>
        </w:numPr>
        <w:rPr>
          <w:color w:val="000000"/>
          <w:sz w:val="20"/>
          <w:lang w:eastAsia="ko-KR"/>
        </w:rPr>
      </w:pPr>
      <w:r w:rsidRPr="002722B1">
        <w:rPr>
          <w:color w:val="000000"/>
          <w:sz w:val="20"/>
          <w:lang w:eastAsia="ko-KR"/>
        </w:rPr>
        <w:t>입찰자는 본 공고서, 과업내용서 및 제안요청서의 모든 내용을 숙지한 후 참가하여야 하며, 이를 숙지하지 못하여 발생하는 책임은 입찰자에게 있습니다. 제출된 서류는 반환하지 않으며 제안 준비에 소요되는 비용은 입찰자가 부담합니다.</w:t>
      </w:r>
    </w:p>
    <w:p w14:paraId="294FEB01" w14:textId="281055CB" w:rsidR="00BE5403" w:rsidRPr="00BE5403" w:rsidRDefault="00BE5403" w:rsidP="00BE5403">
      <w:pPr>
        <w:pStyle w:val="a9"/>
        <w:ind w:left="8680" w:firstLine="680"/>
        <w:rPr>
          <w:b/>
          <w:bCs/>
          <w:color w:val="000000"/>
          <w:sz w:val="20"/>
          <w:lang w:eastAsia="ko-KR"/>
        </w:rPr>
      </w:pPr>
      <w:r w:rsidRPr="00BE5403">
        <w:rPr>
          <w:rFonts w:hint="eastAsia"/>
          <w:b/>
          <w:bCs/>
          <w:color w:val="000000"/>
          <w:sz w:val="20"/>
          <w:lang w:eastAsia="ko-KR"/>
        </w:rPr>
        <w:t>[끝]</w:t>
      </w:r>
    </w:p>
    <w:p w14:paraId="53528B10" w14:textId="77777777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44E7F94C" w14:textId="77777777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2EC9A4C5" w14:textId="77777777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3A4E4AF6" w14:textId="77777777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27E9B21C" w14:textId="77777777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2010BAC3" w14:textId="77777777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01B279DD" w14:textId="77777777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297B7F4C" w14:textId="77777777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09A30540" w14:textId="77777777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66836787" w14:textId="316A54AA" w:rsidR="002722B1" w:rsidRDefault="002722B1" w:rsidP="00FC01B1">
      <w:pPr>
        <w:rPr>
          <w:b/>
          <w:color w:val="17365D"/>
          <w:sz w:val="32"/>
          <w:lang w:eastAsia="ko-KR"/>
        </w:rPr>
      </w:pPr>
    </w:p>
    <w:p w14:paraId="573EDDE4" w14:textId="77777777" w:rsidR="00B2309A" w:rsidRDefault="00B2309A" w:rsidP="00FC01B1">
      <w:pPr>
        <w:rPr>
          <w:b/>
          <w:color w:val="17365D"/>
          <w:sz w:val="32"/>
          <w:lang w:eastAsia="ko-KR"/>
        </w:rPr>
      </w:pPr>
    </w:p>
    <w:p w14:paraId="64418763" w14:textId="21D34F65" w:rsidR="001D0660" w:rsidRPr="00B2309A" w:rsidRDefault="001B52BD" w:rsidP="00B2309A">
      <w:pPr>
        <w:jc w:val="center"/>
        <w:rPr>
          <w:color w:val="000000" w:themeColor="text1"/>
          <w:lang w:eastAsia="ko-KR"/>
        </w:rPr>
      </w:pPr>
      <w:r w:rsidRPr="00B2309A">
        <w:rPr>
          <w:b/>
          <w:color w:val="000000" w:themeColor="text1"/>
          <w:sz w:val="32"/>
          <w:lang w:eastAsia="ko-KR"/>
        </w:rPr>
        <w:lastRenderedPageBreak/>
        <w:t>제주 SK FC과업내용서</w:t>
      </w:r>
    </w:p>
    <w:p w14:paraId="40F3CC56" w14:textId="77777777" w:rsidR="001D0660" w:rsidRPr="00B2309A" w:rsidRDefault="001B52BD" w:rsidP="00B2309A">
      <w:pPr>
        <w:pStyle w:val="a9"/>
        <w:numPr>
          <w:ilvl w:val="0"/>
          <w:numId w:val="17"/>
        </w:numPr>
        <w:spacing w:before="240"/>
        <w:rPr>
          <w:b/>
          <w:color w:val="000000" w:themeColor="text1"/>
          <w:sz w:val="26"/>
          <w:lang w:eastAsia="ko-KR"/>
        </w:rPr>
      </w:pPr>
      <w:r w:rsidRPr="00B2309A">
        <w:rPr>
          <w:b/>
          <w:color w:val="000000" w:themeColor="text1"/>
          <w:sz w:val="26"/>
          <w:lang w:eastAsia="ko-KR"/>
        </w:rPr>
        <w:t>과업 목적</w:t>
      </w:r>
    </w:p>
    <w:p w14:paraId="5E7F0DAA" w14:textId="77777777" w:rsidR="00B6617A" w:rsidRPr="00B6617A" w:rsidRDefault="00B6617A" w:rsidP="00B6617A">
      <w:pPr>
        <w:pStyle w:val="a9"/>
        <w:numPr>
          <w:ilvl w:val="0"/>
          <w:numId w:val="19"/>
        </w:numPr>
        <w:rPr>
          <w:color w:val="000000"/>
          <w:lang w:eastAsia="ko-KR"/>
        </w:rPr>
      </w:pPr>
      <w:r w:rsidRPr="00B6617A">
        <w:rPr>
          <w:color w:val="000000"/>
          <w:lang w:eastAsia="ko-KR"/>
        </w:rPr>
        <w:t>본 용역은 2027시즌 제주SK FC 선수단의 경기력 향상과 원활한 전지훈련 수행을 위하여 일본 내 최적의 훈련환경을 확보하고, 항공·숙박·식사·훈련시설·현지 이동·연습경기·의료 및 행정지원 등 전지훈련 전반을 전문적으로 운영하는 것을 목적으로 한다.</w:t>
      </w:r>
    </w:p>
    <w:p w14:paraId="4B3C173C" w14:textId="77777777" w:rsidR="00B6617A" w:rsidRPr="00B6617A" w:rsidRDefault="00B6617A" w:rsidP="00B6617A">
      <w:pPr>
        <w:pStyle w:val="a9"/>
        <w:numPr>
          <w:ilvl w:val="0"/>
          <w:numId w:val="19"/>
        </w:numPr>
        <w:rPr>
          <w:color w:val="000000"/>
          <w:lang w:eastAsia="ko-KR"/>
        </w:rPr>
      </w:pPr>
      <w:r w:rsidRPr="00B6617A">
        <w:rPr>
          <w:color w:val="000000"/>
          <w:lang w:eastAsia="ko-KR"/>
        </w:rPr>
        <w:t>훈련지역은 기후 및 이동 편의성, 훈련 인프라 등을 고려하여 오키나와를 최우선으로 검토하되, 오키나와와 동등하거나 더 우수한 훈련여건을 갖춘 일본 내 다른 지역의 제안도 허용한다.</w:t>
      </w:r>
    </w:p>
    <w:p w14:paraId="4DA28CDE" w14:textId="77777777" w:rsidR="007F235E" w:rsidRPr="00B6617A" w:rsidRDefault="007F235E" w:rsidP="007F235E">
      <w:pPr>
        <w:pStyle w:val="a9"/>
        <w:ind w:left="760"/>
        <w:rPr>
          <w:lang w:eastAsia="ko-KR"/>
        </w:rPr>
      </w:pPr>
    </w:p>
    <w:p w14:paraId="782B1907" w14:textId="77777777" w:rsidR="001D0660" w:rsidRPr="00B2309A" w:rsidRDefault="001B52BD" w:rsidP="00B2309A">
      <w:pPr>
        <w:pStyle w:val="a9"/>
        <w:numPr>
          <w:ilvl w:val="0"/>
          <w:numId w:val="17"/>
        </w:numPr>
        <w:spacing w:before="240"/>
        <w:rPr>
          <w:b/>
          <w:color w:val="000000" w:themeColor="text1"/>
          <w:sz w:val="26"/>
          <w:lang w:eastAsia="ko-KR"/>
        </w:rPr>
      </w:pPr>
      <w:r w:rsidRPr="00B2309A">
        <w:rPr>
          <w:b/>
          <w:color w:val="000000" w:themeColor="text1"/>
          <w:sz w:val="26"/>
          <w:lang w:eastAsia="ko-KR"/>
        </w:rPr>
        <w:t>과업 수행의 기본원칙</w:t>
      </w:r>
    </w:p>
    <w:p w14:paraId="2CE57DFE" w14:textId="77777777" w:rsidR="00B2309A" w:rsidRPr="00B2309A" w:rsidRDefault="001B52BD" w:rsidP="00B6617A">
      <w:pPr>
        <w:pStyle w:val="a9"/>
        <w:numPr>
          <w:ilvl w:val="0"/>
          <w:numId w:val="38"/>
        </w:numPr>
        <w:rPr>
          <w:lang w:eastAsia="ko-KR"/>
        </w:rPr>
      </w:pPr>
      <w:r w:rsidRPr="00B2309A">
        <w:rPr>
          <w:color w:val="000000"/>
          <w:lang w:eastAsia="ko-KR"/>
        </w:rPr>
        <w:t>선수단의</w:t>
      </w:r>
      <w:r w:rsidRPr="00704766">
        <w:rPr>
          <w:color w:val="000000"/>
          <w:sz w:val="20"/>
          <w:lang w:eastAsia="ko-KR"/>
        </w:rPr>
        <w:t xml:space="preserve"> 경기력 유지와 회복을 최우선으로 고려하여 모든 서비스를 설계하고 운영할 것</w:t>
      </w:r>
    </w:p>
    <w:p w14:paraId="707AD40F" w14:textId="77777777" w:rsidR="00B2309A" w:rsidRPr="00B2309A" w:rsidRDefault="001B52BD" w:rsidP="00B6617A">
      <w:pPr>
        <w:pStyle w:val="a9"/>
        <w:numPr>
          <w:ilvl w:val="0"/>
          <w:numId w:val="38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제안한 숙소, 훈련장, 차량, 식단, 항공 일정 및 인력을 구단의 사전 승인 없이 임의로 변경하지 않을 것</w:t>
      </w:r>
    </w:p>
    <w:p w14:paraId="5CA5566E" w14:textId="77777777" w:rsidR="00B2309A" w:rsidRPr="00B2309A" w:rsidRDefault="001B52BD" w:rsidP="00B6617A">
      <w:pPr>
        <w:pStyle w:val="a9"/>
        <w:numPr>
          <w:ilvl w:val="0"/>
          <w:numId w:val="38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현지 운영 전담자를 지정하고 출국 전 준비단계부터 최종 귀국·정산까지 단일 연락체계를 유지할 것</w:t>
      </w:r>
    </w:p>
    <w:p w14:paraId="3711C839" w14:textId="77777777" w:rsidR="00B2309A" w:rsidRPr="00B2309A" w:rsidRDefault="001B52BD" w:rsidP="00B6617A">
      <w:pPr>
        <w:pStyle w:val="a9"/>
        <w:numPr>
          <w:ilvl w:val="0"/>
          <w:numId w:val="38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선수단 일정과 개인정보, 부상 및 의료정보 등 비공개 정보를 철저히 보호할 것</w:t>
      </w:r>
    </w:p>
    <w:p w14:paraId="6C80C2CA" w14:textId="07534D77" w:rsidR="001D0660" w:rsidRPr="007F235E" w:rsidRDefault="001B52BD" w:rsidP="00B6617A">
      <w:pPr>
        <w:pStyle w:val="a9"/>
        <w:numPr>
          <w:ilvl w:val="0"/>
          <w:numId w:val="38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기상, 시설, 감염병, 부상 등 돌발상황에 대비한 대체계획을 상시 유지할 것</w:t>
      </w:r>
    </w:p>
    <w:p w14:paraId="3DA0DB76" w14:textId="77777777" w:rsidR="007F235E" w:rsidRPr="00704766" w:rsidRDefault="007F235E" w:rsidP="007F235E">
      <w:pPr>
        <w:pStyle w:val="a9"/>
        <w:ind w:left="760"/>
        <w:rPr>
          <w:lang w:eastAsia="ko-KR"/>
        </w:rPr>
      </w:pPr>
    </w:p>
    <w:p w14:paraId="22BDAB48" w14:textId="11D19205" w:rsidR="001D0660" w:rsidRDefault="001B52BD" w:rsidP="00273E68">
      <w:pPr>
        <w:pStyle w:val="a9"/>
        <w:numPr>
          <w:ilvl w:val="0"/>
          <w:numId w:val="17"/>
        </w:numPr>
        <w:spacing w:before="240" w:after="0"/>
        <w:rPr>
          <w:b/>
          <w:color w:val="000000" w:themeColor="text1"/>
          <w:sz w:val="26"/>
          <w:lang w:eastAsia="ko-KR"/>
        </w:rPr>
      </w:pPr>
      <w:r w:rsidRPr="00B2309A">
        <w:rPr>
          <w:b/>
          <w:color w:val="000000" w:themeColor="text1"/>
          <w:sz w:val="26"/>
          <w:lang w:eastAsia="ko-KR"/>
        </w:rPr>
        <w:t>세부 과업 범위</w:t>
      </w:r>
    </w:p>
    <w:tbl>
      <w:tblPr>
        <w:tblStyle w:val="af9"/>
        <w:tblW w:w="0" w:type="auto"/>
        <w:tblInd w:w="360" w:type="dxa"/>
        <w:tblLook w:val="04A0" w:firstRow="1" w:lastRow="0" w:firstColumn="1" w:lastColumn="0" w:noHBand="0" w:noVBand="1"/>
      </w:tblPr>
      <w:tblGrid>
        <w:gridCol w:w="9496"/>
      </w:tblGrid>
      <w:tr w:rsidR="00273E68" w14:paraId="13954520" w14:textId="77777777" w:rsidTr="00273E68">
        <w:tc>
          <w:tcPr>
            <w:tcW w:w="10064" w:type="dxa"/>
            <w:shd w:val="clear" w:color="auto" w:fill="DAEEF3" w:themeFill="accent5" w:themeFillTint="33"/>
          </w:tcPr>
          <w:p w14:paraId="003C3ABD" w14:textId="77777777" w:rsidR="00B6617A" w:rsidRPr="00B6617A" w:rsidRDefault="00B6617A" w:rsidP="00B6617A">
            <w:pPr>
              <w:rPr>
                <w:color w:val="000000"/>
                <w:sz w:val="20"/>
                <w:lang w:eastAsia="ko-KR"/>
              </w:rPr>
            </w:pPr>
            <w:r w:rsidRPr="00B6617A">
              <w:rPr>
                <w:color w:val="000000"/>
                <w:sz w:val="20"/>
                <w:lang w:eastAsia="ko-KR"/>
              </w:rPr>
              <w:t>○ 훈련지역 제안 및 확정</w:t>
            </w:r>
          </w:p>
          <w:p w14:paraId="498487E5" w14:textId="77777777" w:rsidR="00B6617A" w:rsidRDefault="00B6617A" w:rsidP="00B6617A">
            <w:pPr>
              <w:pStyle w:val="a9"/>
              <w:numPr>
                <w:ilvl w:val="0"/>
                <w:numId w:val="41"/>
              </w:numPr>
              <w:rPr>
                <w:color w:val="000000"/>
                <w:sz w:val="20"/>
                <w:lang w:eastAsia="ko-KR"/>
              </w:rPr>
            </w:pPr>
            <w:r w:rsidRPr="00B6617A">
              <w:rPr>
                <w:color w:val="000000"/>
                <w:sz w:val="20"/>
                <w:lang w:eastAsia="ko-KR"/>
              </w:rPr>
              <w:t>제안업체는 오키나와를 최우선 검토 지역으로 고려하여 전지훈련 운영계획을 수립하여야 한다.</w:t>
            </w:r>
          </w:p>
          <w:p w14:paraId="7A28F0C9" w14:textId="77777777" w:rsidR="00B6617A" w:rsidRDefault="00B6617A" w:rsidP="00B6617A">
            <w:pPr>
              <w:pStyle w:val="a9"/>
              <w:numPr>
                <w:ilvl w:val="0"/>
                <w:numId w:val="41"/>
              </w:numPr>
              <w:spacing w:before="100" w:beforeAutospacing="1"/>
              <w:rPr>
                <w:color w:val="000000"/>
                <w:sz w:val="20"/>
                <w:lang w:eastAsia="ko-KR"/>
              </w:rPr>
            </w:pPr>
            <w:r w:rsidRPr="00B6617A">
              <w:rPr>
                <w:color w:val="000000"/>
                <w:sz w:val="20"/>
                <w:lang w:eastAsia="ko-KR"/>
              </w:rPr>
              <w:t>오키나와 이외의 지역을 제안하는 경우에는 해당 지역을 제안하는 구체적인 사유와 함께 기후, 훈련시설, 숙박시설, 이동 편의성, 연습경기 수급, 의료체계 및 비용 등에 대한 오키나와 대비 비교자료를 제출하여야 한다.</w:t>
            </w:r>
          </w:p>
          <w:p w14:paraId="2BA3B17B" w14:textId="77777777" w:rsidR="00B6617A" w:rsidRDefault="00B6617A" w:rsidP="00B6617A">
            <w:pPr>
              <w:pStyle w:val="a9"/>
              <w:numPr>
                <w:ilvl w:val="0"/>
                <w:numId w:val="41"/>
              </w:numPr>
              <w:spacing w:before="100" w:beforeAutospacing="1"/>
              <w:rPr>
                <w:color w:val="000000"/>
                <w:sz w:val="20"/>
                <w:lang w:eastAsia="ko-KR"/>
              </w:rPr>
            </w:pPr>
            <w:r w:rsidRPr="00B6617A">
              <w:rPr>
                <w:color w:val="000000"/>
                <w:sz w:val="20"/>
                <w:lang w:eastAsia="ko-KR"/>
              </w:rPr>
              <w:t>제안업체는 주 제안지역 1개소를 명확히 지정하여야 하며, 필요시 예비지역 또는 대체지역을 추가로 제안할 수 있다.</w:t>
            </w:r>
          </w:p>
          <w:p w14:paraId="1DFAAA2F" w14:textId="7D33146E" w:rsidR="00273E68" w:rsidRPr="00B6617A" w:rsidRDefault="00B6617A" w:rsidP="00B6617A">
            <w:pPr>
              <w:pStyle w:val="a9"/>
              <w:numPr>
                <w:ilvl w:val="0"/>
                <w:numId w:val="41"/>
              </w:numPr>
              <w:spacing w:before="100" w:beforeAutospacing="1"/>
              <w:rPr>
                <w:color w:val="000000"/>
                <w:sz w:val="20"/>
                <w:lang w:eastAsia="ko-KR"/>
              </w:rPr>
            </w:pPr>
            <w:r w:rsidRPr="00B6617A">
              <w:rPr>
                <w:color w:val="000000"/>
                <w:sz w:val="20"/>
                <w:lang w:eastAsia="ko-KR"/>
              </w:rPr>
              <w:t>최종 훈련지역은 제안서 평가 및 우선협상대상자와의 협상을 거쳐 구단이 결정한다.</w:t>
            </w:r>
          </w:p>
          <w:p w14:paraId="6BBAADDD" w14:textId="77777777" w:rsidR="00B6617A" w:rsidRDefault="00B6617A" w:rsidP="00B6617A">
            <w:pPr>
              <w:rPr>
                <w:color w:val="000000"/>
                <w:sz w:val="20"/>
                <w:lang w:eastAsia="ko-KR"/>
              </w:rPr>
            </w:pPr>
            <w:r w:rsidRPr="00B6617A">
              <w:rPr>
                <w:color w:val="000000"/>
                <w:sz w:val="20"/>
                <w:lang w:eastAsia="ko-KR"/>
              </w:rPr>
              <w:t xml:space="preserve">○ </w:t>
            </w:r>
            <w:r>
              <w:rPr>
                <w:rFonts w:hint="eastAsia"/>
                <w:color w:val="000000"/>
                <w:sz w:val="20"/>
                <w:lang w:eastAsia="ko-KR"/>
              </w:rPr>
              <w:t>항공</w:t>
            </w:r>
          </w:p>
          <w:p w14:paraId="2C4CA651" w14:textId="0D584AF3" w:rsidR="00B6617A" w:rsidRPr="00B6617A" w:rsidRDefault="00B6617A" w:rsidP="00B6617A">
            <w:pPr>
              <w:pStyle w:val="a9"/>
              <w:numPr>
                <w:ilvl w:val="0"/>
                <w:numId w:val="41"/>
              </w:numPr>
              <w:rPr>
                <w:rFonts w:hint="eastAsia"/>
                <w:color w:val="000000"/>
                <w:sz w:val="20"/>
                <w:lang w:eastAsia="ko-KR"/>
              </w:rPr>
            </w:pPr>
            <w:r>
              <w:rPr>
                <w:rFonts w:hint="eastAsia"/>
                <w:color w:val="000000"/>
                <w:sz w:val="20"/>
                <w:lang w:eastAsia="ko-KR"/>
              </w:rPr>
              <w:t>항공은 구단에서 직접 집행할 예정이나,</w:t>
            </w:r>
            <w:r>
              <w:rPr>
                <w:color w:val="000000"/>
                <w:sz w:val="20"/>
                <w:lang w:eastAsia="ko-KR"/>
              </w:rPr>
              <w:t xml:space="preserve"> </w:t>
            </w:r>
            <w:r>
              <w:rPr>
                <w:rFonts w:hint="eastAsia"/>
                <w:color w:val="000000"/>
                <w:sz w:val="20"/>
                <w:lang w:eastAsia="ko-KR"/>
              </w:rPr>
              <w:t>제안하는 전지훈련 일정에 맞춰 항공 일정 추천 필요</w:t>
            </w:r>
          </w:p>
        </w:tc>
      </w:tr>
    </w:tbl>
    <w:p w14:paraId="01FB340A" w14:textId="5EB582E8" w:rsidR="001D0660" w:rsidRPr="00B2309A" w:rsidRDefault="001B52BD" w:rsidP="00B2309A">
      <w:pPr>
        <w:pStyle w:val="a9"/>
        <w:numPr>
          <w:ilvl w:val="0"/>
          <w:numId w:val="21"/>
        </w:numPr>
        <w:rPr>
          <w:color w:val="000000" w:themeColor="text1"/>
          <w:lang w:eastAsia="ko-KR"/>
        </w:rPr>
      </w:pPr>
      <w:r w:rsidRPr="00B2309A">
        <w:rPr>
          <w:b/>
          <w:color w:val="000000" w:themeColor="text1"/>
          <w:sz w:val="23"/>
          <w:lang w:eastAsia="ko-KR"/>
        </w:rPr>
        <w:t>숙박 운영</w:t>
      </w:r>
    </w:p>
    <w:p w14:paraId="501D2868" w14:textId="37FF740B" w:rsidR="00B2309A" w:rsidRPr="0080599C" w:rsidRDefault="001B52BD" w:rsidP="00FC01B1">
      <w:pPr>
        <w:pStyle w:val="a9"/>
        <w:numPr>
          <w:ilvl w:val="0"/>
          <w:numId w:val="22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선수단의 휴식과 보안을 고려한 숙박시설 및 객실 확보</w:t>
      </w:r>
      <w:r w:rsidR="0080599C">
        <w:rPr>
          <w:rFonts w:hint="eastAsia"/>
          <w:color w:val="000000"/>
          <w:sz w:val="20"/>
          <w:lang w:eastAsia="ko-KR"/>
        </w:rPr>
        <w:t xml:space="preserve"> </w:t>
      </w:r>
      <w:r w:rsidR="00273E68" w:rsidRPr="00273E68">
        <w:rPr>
          <w:color w:val="000000"/>
          <w:sz w:val="20"/>
          <w:u w:val="single"/>
          <w:lang w:eastAsia="ko-KR"/>
        </w:rPr>
        <w:t>(</w:t>
      </w:r>
      <w:r w:rsidR="00273E68" w:rsidRPr="00273E68">
        <w:rPr>
          <w:rFonts w:hint="eastAsia"/>
          <w:color w:val="000000"/>
          <w:sz w:val="20"/>
          <w:u w:val="single"/>
          <w:lang w:eastAsia="ko-KR"/>
        </w:rPr>
        <w:t xml:space="preserve">최대 </w:t>
      </w:r>
      <w:r w:rsidR="00273E68" w:rsidRPr="00273E68">
        <w:rPr>
          <w:color w:val="000000"/>
          <w:sz w:val="20"/>
          <w:u w:val="single"/>
          <w:lang w:eastAsia="ko-KR"/>
        </w:rPr>
        <w:t>31</w:t>
      </w:r>
      <w:r w:rsidR="00273E68" w:rsidRPr="00273E68">
        <w:rPr>
          <w:rFonts w:hint="eastAsia"/>
          <w:color w:val="000000"/>
          <w:sz w:val="20"/>
          <w:u w:val="single"/>
          <w:lang w:eastAsia="ko-KR"/>
        </w:rPr>
        <w:t>실)</w:t>
      </w:r>
    </w:p>
    <w:p w14:paraId="0885B0D4" w14:textId="77777777" w:rsidR="00273E68" w:rsidRDefault="0080599C" w:rsidP="0080599C">
      <w:pPr>
        <w:pStyle w:val="a9"/>
        <w:numPr>
          <w:ilvl w:val="1"/>
          <w:numId w:val="22"/>
        </w:numPr>
        <w:rPr>
          <w:lang w:eastAsia="ko-KR"/>
        </w:rPr>
      </w:pPr>
      <w:r>
        <w:rPr>
          <w:rFonts w:hint="eastAsia"/>
          <w:lang w:eastAsia="ko-KR"/>
        </w:rPr>
        <w:t xml:space="preserve">선수 </w:t>
      </w:r>
      <w:r>
        <w:rPr>
          <w:lang w:eastAsia="ko-KR"/>
        </w:rPr>
        <w:t>2</w:t>
      </w:r>
      <w:r>
        <w:rPr>
          <w:rFonts w:hint="eastAsia"/>
          <w:lang w:eastAsia="ko-KR"/>
        </w:rPr>
        <w:t xml:space="preserve">인 </w:t>
      </w:r>
      <w:r>
        <w:rPr>
          <w:lang w:eastAsia="ko-KR"/>
        </w:rPr>
        <w:t>1</w:t>
      </w:r>
      <w:r>
        <w:rPr>
          <w:rFonts w:hint="eastAsia"/>
          <w:lang w:eastAsia="ko-KR"/>
        </w:rPr>
        <w:t>실</w:t>
      </w:r>
      <w:r w:rsidR="00273E68">
        <w:rPr>
          <w:lang w:eastAsia="ko-KR"/>
        </w:rPr>
        <w:t xml:space="preserve">, </w:t>
      </w:r>
      <w:r w:rsidR="00273E68">
        <w:rPr>
          <w:rFonts w:hint="eastAsia"/>
          <w:lang w:eastAsia="ko-KR"/>
        </w:rPr>
        <w:t xml:space="preserve">약 </w:t>
      </w:r>
      <w:r w:rsidR="00273E68">
        <w:rPr>
          <w:lang w:eastAsia="ko-KR"/>
        </w:rPr>
        <w:t>30</w:t>
      </w:r>
      <w:r w:rsidR="00273E68">
        <w:rPr>
          <w:rFonts w:hint="eastAsia"/>
          <w:lang w:eastAsia="ko-KR"/>
        </w:rPr>
        <w:t>명</w:t>
      </w:r>
      <w:r w:rsidR="00273E68">
        <w:rPr>
          <w:lang w:eastAsia="ko-KR"/>
        </w:rPr>
        <w:t xml:space="preserve"> = 15</w:t>
      </w:r>
      <w:r w:rsidR="00273E68">
        <w:rPr>
          <w:rFonts w:hint="eastAsia"/>
          <w:lang w:eastAsia="ko-KR"/>
        </w:rPr>
        <w:t>실</w:t>
      </w:r>
    </w:p>
    <w:p w14:paraId="04AC257F" w14:textId="20564DF0" w:rsidR="00273E68" w:rsidRDefault="0080599C" w:rsidP="0080599C">
      <w:pPr>
        <w:pStyle w:val="a9"/>
        <w:numPr>
          <w:ilvl w:val="1"/>
          <w:numId w:val="22"/>
        </w:numPr>
        <w:rPr>
          <w:lang w:eastAsia="ko-KR"/>
        </w:rPr>
      </w:pPr>
      <w:proofErr w:type="spellStart"/>
      <w:r>
        <w:rPr>
          <w:rFonts w:hint="eastAsia"/>
          <w:lang w:eastAsia="ko-KR"/>
        </w:rPr>
        <w:t>지원스태프</w:t>
      </w:r>
      <w:proofErr w:type="spellEnd"/>
      <w:r>
        <w:rPr>
          <w:lang w:eastAsia="ko-KR"/>
        </w:rPr>
        <w:t xml:space="preserve"> 2</w:t>
      </w:r>
      <w:r>
        <w:rPr>
          <w:rFonts w:hint="eastAsia"/>
          <w:lang w:eastAsia="ko-KR"/>
        </w:rPr>
        <w:t xml:space="preserve">인 </w:t>
      </w:r>
      <w:r>
        <w:rPr>
          <w:lang w:eastAsia="ko-KR"/>
        </w:rPr>
        <w:t>1</w:t>
      </w:r>
      <w:r>
        <w:rPr>
          <w:rFonts w:hint="eastAsia"/>
          <w:lang w:eastAsia="ko-KR"/>
        </w:rPr>
        <w:t>실</w:t>
      </w:r>
      <w:r w:rsidR="00273E68">
        <w:rPr>
          <w:lang w:eastAsia="ko-KR"/>
        </w:rPr>
        <w:t xml:space="preserve">, </w:t>
      </w:r>
      <w:r w:rsidR="00273E68">
        <w:rPr>
          <w:rFonts w:hint="eastAsia"/>
          <w:lang w:eastAsia="ko-KR"/>
        </w:rPr>
        <w:t xml:space="preserve">약 </w:t>
      </w:r>
      <w:r w:rsidR="00273E68">
        <w:rPr>
          <w:lang w:eastAsia="ko-KR"/>
        </w:rPr>
        <w:t>8</w:t>
      </w:r>
      <w:r w:rsidR="00273E68">
        <w:rPr>
          <w:rFonts w:hint="eastAsia"/>
          <w:lang w:eastAsia="ko-KR"/>
        </w:rPr>
        <w:t xml:space="preserve">명 </w:t>
      </w:r>
      <w:r w:rsidR="00273E68">
        <w:rPr>
          <w:lang w:eastAsia="ko-KR"/>
        </w:rPr>
        <w:t>= 4</w:t>
      </w:r>
      <w:r w:rsidR="00273E68">
        <w:rPr>
          <w:rFonts w:hint="eastAsia"/>
          <w:lang w:eastAsia="ko-KR"/>
        </w:rPr>
        <w:t>실</w:t>
      </w:r>
    </w:p>
    <w:p w14:paraId="598ECCEA" w14:textId="242181B0" w:rsidR="0080599C" w:rsidRDefault="0080599C" w:rsidP="0080599C">
      <w:pPr>
        <w:pStyle w:val="a9"/>
        <w:numPr>
          <w:ilvl w:val="1"/>
          <w:numId w:val="22"/>
        </w:numPr>
        <w:rPr>
          <w:lang w:eastAsia="ko-KR"/>
        </w:rPr>
      </w:pPr>
      <w:r>
        <w:rPr>
          <w:rFonts w:hint="eastAsia"/>
          <w:lang w:eastAsia="ko-KR"/>
        </w:rPr>
        <w:t xml:space="preserve">코칭스태프 1인 </w:t>
      </w:r>
      <w:r>
        <w:rPr>
          <w:lang w:eastAsia="ko-KR"/>
        </w:rPr>
        <w:t>1</w:t>
      </w:r>
      <w:r>
        <w:rPr>
          <w:rFonts w:hint="eastAsia"/>
          <w:lang w:eastAsia="ko-KR"/>
        </w:rPr>
        <w:t>실</w:t>
      </w:r>
      <w:r w:rsidR="00273E68">
        <w:rPr>
          <w:lang w:eastAsia="ko-KR"/>
        </w:rPr>
        <w:t xml:space="preserve">, </w:t>
      </w:r>
      <w:r w:rsidR="00273E68">
        <w:rPr>
          <w:rFonts w:hint="eastAsia"/>
          <w:lang w:eastAsia="ko-KR"/>
        </w:rPr>
        <w:t xml:space="preserve">약 </w:t>
      </w:r>
      <w:r w:rsidR="00273E68">
        <w:rPr>
          <w:lang w:eastAsia="ko-KR"/>
        </w:rPr>
        <w:t>8</w:t>
      </w:r>
      <w:r w:rsidR="00273E68">
        <w:rPr>
          <w:rFonts w:hint="eastAsia"/>
          <w:lang w:eastAsia="ko-KR"/>
        </w:rPr>
        <w:t xml:space="preserve">명 </w:t>
      </w:r>
      <w:r w:rsidR="00273E68">
        <w:rPr>
          <w:lang w:eastAsia="ko-KR"/>
        </w:rPr>
        <w:t xml:space="preserve">= </w:t>
      </w:r>
      <w:r w:rsidR="00273E68">
        <w:rPr>
          <w:rFonts w:hint="eastAsia"/>
          <w:lang w:eastAsia="ko-KR"/>
        </w:rPr>
        <w:t>8실</w:t>
      </w:r>
    </w:p>
    <w:p w14:paraId="2C31987E" w14:textId="555D156E" w:rsidR="00273E68" w:rsidRPr="00B2309A" w:rsidRDefault="00273E68" w:rsidP="0080599C">
      <w:pPr>
        <w:pStyle w:val="a9"/>
        <w:numPr>
          <w:ilvl w:val="1"/>
          <w:numId w:val="22"/>
        </w:numPr>
        <w:rPr>
          <w:lang w:eastAsia="ko-KR"/>
        </w:rPr>
      </w:pPr>
      <w:r>
        <w:rPr>
          <w:rFonts w:hint="eastAsia"/>
          <w:lang w:eastAsia="ko-KR"/>
        </w:rPr>
        <w:t xml:space="preserve">여분 </w:t>
      </w:r>
      <w:r>
        <w:rPr>
          <w:lang w:eastAsia="ko-KR"/>
        </w:rPr>
        <w:t>4</w:t>
      </w:r>
      <w:r>
        <w:rPr>
          <w:rFonts w:hint="eastAsia"/>
          <w:lang w:eastAsia="ko-KR"/>
        </w:rPr>
        <w:t>실</w:t>
      </w:r>
    </w:p>
    <w:p w14:paraId="0A7F5DCE" w14:textId="77777777" w:rsidR="00B2309A" w:rsidRPr="00B2309A" w:rsidRDefault="001B52BD" w:rsidP="00FC01B1">
      <w:pPr>
        <w:pStyle w:val="a9"/>
        <w:numPr>
          <w:ilvl w:val="0"/>
          <w:numId w:val="22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선수·스태프별 객실 배정계획과 체크인·체크아웃 운영</w:t>
      </w:r>
    </w:p>
    <w:p w14:paraId="2F5F9A5A" w14:textId="0E6E4BBA" w:rsidR="00B2309A" w:rsidRPr="0080599C" w:rsidRDefault="001B52BD" w:rsidP="00FC01B1">
      <w:pPr>
        <w:pStyle w:val="a9"/>
        <w:numPr>
          <w:ilvl w:val="0"/>
          <w:numId w:val="22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 xml:space="preserve">팀 </w:t>
      </w:r>
      <w:proofErr w:type="spellStart"/>
      <w:r w:rsidRPr="00B2309A">
        <w:rPr>
          <w:color w:val="000000"/>
          <w:sz w:val="20"/>
          <w:lang w:eastAsia="ko-KR"/>
        </w:rPr>
        <w:t>미팅룸</w:t>
      </w:r>
      <w:proofErr w:type="spellEnd"/>
      <w:r w:rsidRPr="00B2309A">
        <w:rPr>
          <w:color w:val="000000"/>
          <w:sz w:val="20"/>
          <w:lang w:eastAsia="ko-KR"/>
        </w:rPr>
        <w:t>, 의무실, 장비보관실, 세탁공간 및 필요 부대공간 제공</w:t>
      </w:r>
      <w:r w:rsidR="00273E68">
        <w:rPr>
          <w:rFonts w:hint="eastAsia"/>
          <w:color w:val="000000"/>
          <w:sz w:val="20"/>
          <w:lang w:eastAsia="ko-KR"/>
        </w:rPr>
        <w:t xml:space="preserve"> </w:t>
      </w:r>
      <w:r w:rsidR="00273E68" w:rsidRPr="00273E68">
        <w:rPr>
          <w:color w:val="000000"/>
          <w:sz w:val="20"/>
          <w:u w:val="single"/>
          <w:lang w:eastAsia="ko-KR"/>
        </w:rPr>
        <w:t>(</w:t>
      </w:r>
      <w:r w:rsidR="00273E68" w:rsidRPr="00273E68">
        <w:rPr>
          <w:rFonts w:hint="eastAsia"/>
          <w:color w:val="000000"/>
          <w:sz w:val="20"/>
          <w:u w:val="single"/>
          <w:lang w:eastAsia="ko-KR"/>
        </w:rPr>
        <w:t xml:space="preserve">최대 </w:t>
      </w:r>
      <w:r w:rsidR="00273E68" w:rsidRPr="00273E68">
        <w:rPr>
          <w:color w:val="000000"/>
          <w:sz w:val="20"/>
          <w:u w:val="single"/>
          <w:lang w:eastAsia="ko-KR"/>
        </w:rPr>
        <w:t>3</w:t>
      </w:r>
      <w:r w:rsidR="00273E68" w:rsidRPr="00273E68">
        <w:rPr>
          <w:rFonts w:hint="eastAsia"/>
          <w:color w:val="000000"/>
          <w:sz w:val="20"/>
          <w:u w:val="single"/>
          <w:lang w:eastAsia="ko-KR"/>
        </w:rPr>
        <w:t>실)</w:t>
      </w:r>
    </w:p>
    <w:p w14:paraId="71A347AB" w14:textId="08C13EC6" w:rsidR="0080599C" w:rsidRPr="00B2309A" w:rsidRDefault="0080599C" w:rsidP="0080599C">
      <w:pPr>
        <w:pStyle w:val="a9"/>
        <w:numPr>
          <w:ilvl w:val="1"/>
          <w:numId w:val="22"/>
        </w:numPr>
        <w:rPr>
          <w:lang w:eastAsia="ko-KR"/>
        </w:rPr>
      </w:pPr>
      <w:r>
        <w:rPr>
          <w:rFonts w:hint="eastAsia"/>
          <w:color w:val="000000"/>
          <w:sz w:val="20"/>
          <w:lang w:eastAsia="ko-KR"/>
        </w:rPr>
        <w:t xml:space="preserve">치료실 </w:t>
      </w:r>
      <w:r w:rsidR="00273E68">
        <w:rPr>
          <w:color w:val="000000"/>
          <w:sz w:val="20"/>
          <w:lang w:eastAsia="ko-KR"/>
        </w:rPr>
        <w:t>1</w:t>
      </w:r>
      <w:r>
        <w:rPr>
          <w:rFonts w:hint="eastAsia"/>
          <w:color w:val="000000"/>
          <w:sz w:val="20"/>
          <w:lang w:eastAsia="ko-KR"/>
        </w:rPr>
        <w:t>실,</w:t>
      </w:r>
      <w:r>
        <w:rPr>
          <w:color w:val="000000"/>
          <w:sz w:val="20"/>
          <w:lang w:eastAsia="ko-KR"/>
        </w:rPr>
        <w:t xml:space="preserve"> </w:t>
      </w:r>
      <w:r>
        <w:rPr>
          <w:rFonts w:hint="eastAsia"/>
          <w:color w:val="000000"/>
          <w:sz w:val="20"/>
          <w:lang w:eastAsia="ko-KR"/>
        </w:rPr>
        <w:t>장비보관실</w:t>
      </w:r>
      <w:r>
        <w:rPr>
          <w:color w:val="000000"/>
          <w:sz w:val="20"/>
          <w:lang w:eastAsia="ko-KR"/>
        </w:rPr>
        <w:t xml:space="preserve"> </w:t>
      </w:r>
      <w:r>
        <w:rPr>
          <w:rFonts w:hint="eastAsia"/>
          <w:color w:val="000000"/>
          <w:sz w:val="20"/>
          <w:lang w:eastAsia="ko-KR"/>
        </w:rPr>
        <w:t>1</w:t>
      </w:r>
      <w:r w:rsidR="00273E68">
        <w:rPr>
          <w:rFonts w:hint="eastAsia"/>
          <w:color w:val="000000"/>
          <w:sz w:val="20"/>
          <w:lang w:eastAsia="ko-KR"/>
        </w:rPr>
        <w:t>실,</w:t>
      </w:r>
      <w:r w:rsidR="00273E68">
        <w:rPr>
          <w:color w:val="000000"/>
          <w:sz w:val="20"/>
          <w:lang w:eastAsia="ko-KR"/>
        </w:rPr>
        <w:t xml:space="preserve"> </w:t>
      </w:r>
      <w:proofErr w:type="spellStart"/>
      <w:r w:rsidR="00273E68">
        <w:rPr>
          <w:rFonts w:hint="eastAsia"/>
          <w:color w:val="000000"/>
          <w:sz w:val="20"/>
          <w:lang w:eastAsia="ko-KR"/>
        </w:rPr>
        <w:t>미팅룸</w:t>
      </w:r>
      <w:proofErr w:type="spellEnd"/>
      <w:r w:rsidR="00273E68">
        <w:rPr>
          <w:color w:val="000000"/>
          <w:sz w:val="20"/>
          <w:lang w:eastAsia="ko-KR"/>
        </w:rPr>
        <w:t xml:space="preserve"> 1</w:t>
      </w:r>
      <w:r w:rsidR="00273E68">
        <w:rPr>
          <w:rFonts w:hint="eastAsia"/>
          <w:color w:val="000000"/>
          <w:sz w:val="20"/>
          <w:lang w:eastAsia="ko-KR"/>
        </w:rPr>
        <w:t>실</w:t>
      </w:r>
    </w:p>
    <w:p w14:paraId="387980FE" w14:textId="3F9E1A31" w:rsidR="001D0660" w:rsidRPr="00704766" w:rsidRDefault="001B52BD" w:rsidP="00FC01B1">
      <w:pPr>
        <w:pStyle w:val="a9"/>
        <w:numPr>
          <w:ilvl w:val="0"/>
          <w:numId w:val="22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lastRenderedPageBreak/>
        <w:t xml:space="preserve">객실 청소, 세탁, 보안 및 선수단 </w:t>
      </w:r>
      <w:proofErr w:type="spellStart"/>
      <w:r w:rsidRPr="00B2309A">
        <w:rPr>
          <w:color w:val="000000"/>
          <w:sz w:val="20"/>
          <w:lang w:eastAsia="ko-KR"/>
        </w:rPr>
        <w:t>전용동선</w:t>
      </w:r>
      <w:proofErr w:type="spellEnd"/>
      <w:r w:rsidRPr="00B2309A">
        <w:rPr>
          <w:color w:val="000000"/>
          <w:sz w:val="20"/>
          <w:lang w:eastAsia="ko-KR"/>
        </w:rPr>
        <w:t xml:space="preserve"> 등 편의서비스 운영</w:t>
      </w:r>
    </w:p>
    <w:p w14:paraId="28566D7C" w14:textId="77777777" w:rsidR="001D0660" w:rsidRPr="00B2309A" w:rsidRDefault="001B52BD" w:rsidP="00B2309A">
      <w:pPr>
        <w:pStyle w:val="a9"/>
        <w:numPr>
          <w:ilvl w:val="0"/>
          <w:numId w:val="21"/>
        </w:numPr>
        <w:rPr>
          <w:b/>
          <w:color w:val="000000" w:themeColor="text1"/>
          <w:sz w:val="23"/>
          <w:lang w:eastAsia="ko-KR"/>
        </w:rPr>
      </w:pPr>
      <w:r w:rsidRPr="00B2309A">
        <w:rPr>
          <w:b/>
          <w:color w:val="000000" w:themeColor="text1"/>
          <w:sz w:val="23"/>
          <w:lang w:eastAsia="ko-KR"/>
        </w:rPr>
        <w:t>식음료 운영</w:t>
      </w:r>
    </w:p>
    <w:p w14:paraId="0CD980BD" w14:textId="7565D551" w:rsidR="00B2309A" w:rsidRPr="00B2309A" w:rsidRDefault="001B52BD" w:rsidP="00B2309A">
      <w:pPr>
        <w:pStyle w:val="a9"/>
        <w:numPr>
          <w:ilvl w:val="0"/>
          <w:numId w:val="23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훈련강도와 회복을 고려한 선수단 맞춤형 1일 3식 제공</w:t>
      </w:r>
      <w:r w:rsidR="00273E68">
        <w:rPr>
          <w:rFonts w:hint="eastAsia"/>
          <w:color w:val="000000"/>
          <w:sz w:val="20"/>
          <w:lang w:eastAsia="ko-KR"/>
        </w:rPr>
        <w:t xml:space="preserve"> </w:t>
      </w:r>
    </w:p>
    <w:p w14:paraId="654FA1EA" w14:textId="6FF355A9" w:rsidR="00B2309A" w:rsidRPr="00B2309A" w:rsidRDefault="001B52BD" w:rsidP="00B2309A">
      <w:pPr>
        <w:pStyle w:val="a9"/>
        <w:numPr>
          <w:ilvl w:val="0"/>
          <w:numId w:val="23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 xml:space="preserve">구단 </w:t>
      </w:r>
      <w:r w:rsidR="00B2309A">
        <w:rPr>
          <w:rFonts w:hint="eastAsia"/>
          <w:color w:val="000000"/>
          <w:sz w:val="20"/>
          <w:lang w:eastAsia="ko-KR"/>
        </w:rPr>
        <w:t>매니저</w:t>
      </w:r>
      <w:r w:rsidR="00B2309A" w:rsidRPr="00B2309A">
        <w:rPr>
          <w:color w:val="000000"/>
          <w:sz w:val="20"/>
          <w:lang w:eastAsia="ko-KR"/>
        </w:rPr>
        <w:t xml:space="preserve">· </w:t>
      </w:r>
      <w:r w:rsidRPr="00B2309A">
        <w:rPr>
          <w:color w:val="000000"/>
          <w:sz w:val="20"/>
          <w:lang w:eastAsia="ko-KR"/>
        </w:rPr>
        <w:t>스태프와 사전 협의한 식단표 제출 및 식사시간 탄력 운영</w:t>
      </w:r>
    </w:p>
    <w:p w14:paraId="707FC448" w14:textId="77777777" w:rsidR="00B2309A" w:rsidRPr="00B2309A" w:rsidRDefault="001B52BD" w:rsidP="00B2309A">
      <w:pPr>
        <w:pStyle w:val="a9"/>
        <w:numPr>
          <w:ilvl w:val="0"/>
          <w:numId w:val="23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 xml:space="preserve">경기·훈련 전후 간식, 생수, 스포츠음료 및 </w:t>
      </w:r>
      <w:proofErr w:type="spellStart"/>
      <w:r w:rsidRPr="00B2309A">
        <w:rPr>
          <w:color w:val="000000"/>
          <w:sz w:val="20"/>
          <w:lang w:eastAsia="ko-KR"/>
        </w:rPr>
        <w:t>회복식</w:t>
      </w:r>
      <w:proofErr w:type="spellEnd"/>
      <w:r w:rsidRPr="00B2309A">
        <w:rPr>
          <w:color w:val="000000"/>
          <w:sz w:val="20"/>
          <w:lang w:eastAsia="ko-KR"/>
        </w:rPr>
        <w:t xml:space="preserve"> 제공</w:t>
      </w:r>
    </w:p>
    <w:p w14:paraId="07F8770F" w14:textId="583E7E4A" w:rsidR="001D0660" w:rsidRPr="00704766" w:rsidRDefault="001B52BD" w:rsidP="00B2309A">
      <w:pPr>
        <w:pStyle w:val="a9"/>
        <w:numPr>
          <w:ilvl w:val="0"/>
          <w:numId w:val="23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알레르기, 종교, 건강상 특이식단 및 위생사고 예방체계 마련</w:t>
      </w:r>
    </w:p>
    <w:p w14:paraId="61FC2083" w14:textId="77777777" w:rsidR="001D0660" w:rsidRPr="00B2309A" w:rsidRDefault="001B52BD" w:rsidP="00B2309A">
      <w:pPr>
        <w:pStyle w:val="a9"/>
        <w:numPr>
          <w:ilvl w:val="0"/>
          <w:numId w:val="21"/>
        </w:numPr>
        <w:rPr>
          <w:b/>
          <w:color w:val="000000" w:themeColor="text1"/>
          <w:sz w:val="23"/>
          <w:lang w:eastAsia="ko-KR"/>
        </w:rPr>
      </w:pPr>
      <w:r w:rsidRPr="00B2309A">
        <w:rPr>
          <w:b/>
          <w:color w:val="000000" w:themeColor="text1"/>
          <w:sz w:val="23"/>
          <w:lang w:eastAsia="ko-KR"/>
        </w:rPr>
        <w:t>훈련시설</w:t>
      </w:r>
    </w:p>
    <w:p w14:paraId="689FB275" w14:textId="77777777" w:rsidR="00B2309A" w:rsidRPr="00B2309A" w:rsidRDefault="001B52BD" w:rsidP="00B2309A">
      <w:pPr>
        <w:pStyle w:val="a9"/>
        <w:numPr>
          <w:ilvl w:val="0"/>
          <w:numId w:val="24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선수단 수준에 적합한 천연잔디 축구장 확보 및 사용시간 보장</w:t>
      </w:r>
    </w:p>
    <w:p w14:paraId="22B0062C" w14:textId="77777777" w:rsidR="00B2309A" w:rsidRPr="00B2309A" w:rsidRDefault="001B52BD" w:rsidP="00B2309A">
      <w:pPr>
        <w:pStyle w:val="a9"/>
        <w:numPr>
          <w:ilvl w:val="0"/>
          <w:numId w:val="24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 xml:space="preserve">훈련장 잔디상태, 규격, 조명, 배수, </w:t>
      </w:r>
      <w:proofErr w:type="spellStart"/>
      <w:r w:rsidRPr="00B2309A">
        <w:rPr>
          <w:color w:val="000000"/>
          <w:sz w:val="20"/>
          <w:lang w:eastAsia="ko-KR"/>
        </w:rPr>
        <w:t>라커룸</w:t>
      </w:r>
      <w:proofErr w:type="spellEnd"/>
      <w:r w:rsidRPr="00B2309A">
        <w:rPr>
          <w:color w:val="000000"/>
          <w:sz w:val="20"/>
          <w:lang w:eastAsia="ko-KR"/>
        </w:rPr>
        <w:t>, 샤워실 등 시설정보 제공</w:t>
      </w:r>
    </w:p>
    <w:p w14:paraId="0A662470" w14:textId="6DED5438" w:rsidR="00B2309A" w:rsidRPr="00B2309A" w:rsidRDefault="001B52BD" w:rsidP="00B2309A">
      <w:pPr>
        <w:pStyle w:val="a9"/>
        <w:numPr>
          <w:ilvl w:val="0"/>
          <w:numId w:val="24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숙소와 훈련장 사이의 이동시간을 최소화하고 실제 이동</w:t>
      </w:r>
      <w:r w:rsidR="00B2309A">
        <w:rPr>
          <w:rFonts w:hint="eastAsia"/>
          <w:color w:val="000000"/>
          <w:sz w:val="20"/>
          <w:lang w:eastAsia="ko-KR"/>
        </w:rPr>
        <w:t xml:space="preserve"> </w:t>
      </w:r>
      <w:r w:rsidRPr="00B2309A">
        <w:rPr>
          <w:color w:val="000000"/>
          <w:sz w:val="20"/>
          <w:lang w:eastAsia="ko-KR"/>
        </w:rPr>
        <w:t>동선 제시</w:t>
      </w:r>
    </w:p>
    <w:p w14:paraId="57E086DA" w14:textId="77777777" w:rsidR="00B2309A" w:rsidRPr="00B2309A" w:rsidRDefault="001B52BD" w:rsidP="00B2309A">
      <w:pPr>
        <w:pStyle w:val="a9"/>
        <w:numPr>
          <w:ilvl w:val="0"/>
          <w:numId w:val="24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우천·시설훼손·일정충돌에 대비한 대체 축구장 및 실내·체력훈련시설 확보</w:t>
      </w:r>
    </w:p>
    <w:p w14:paraId="0A21BD2A" w14:textId="2000C05E" w:rsidR="001D0660" w:rsidRPr="00704766" w:rsidRDefault="001B52BD" w:rsidP="00B2309A">
      <w:pPr>
        <w:pStyle w:val="a9"/>
        <w:numPr>
          <w:ilvl w:val="0"/>
          <w:numId w:val="24"/>
        </w:numPr>
        <w:rPr>
          <w:lang w:eastAsia="ko-KR"/>
        </w:rPr>
      </w:pPr>
      <w:r w:rsidRPr="00B2309A">
        <w:rPr>
          <w:color w:val="000000"/>
          <w:sz w:val="20"/>
          <w:lang w:eastAsia="ko-KR"/>
        </w:rPr>
        <w:t>콘, 마커, 골대, 얼음, 타월 등 현지 조달이 필요한 훈련지원 물품 제공</w:t>
      </w:r>
    </w:p>
    <w:p w14:paraId="0FFC6625" w14:textId="77777777" w:rsidR="007F235E" w:rsidRDefault="001B52BD" w:rsidP="00FC01B1">
      <w:pPr>
        <w:pStyle w:val="a9"/>
        <w:numPr>
          <w:ilvl w:val="0"/>
          <w:numId w:val="21"/>
        </w:numPr>
        <w:rPr>
          <w:b/>
          <w:color w:val="000000" w:themeColor="text1"/>
          <w:sz w:val="23"/>
          <w:lang w:eastAsia="ko-KR"/>
        </w:rPr>
      </w:pPr>
      <w:r w:rsidRPr="00B2309A">
        <w:rPr>
          <w:b/>
          <w:color w:val="000000" w:themeColor="text1"/>
          <w:sz w:val="23"/>
          <w:lang w:eastAsia="ko-KR"/>
        </w:rPr>
        <w:t>현지 교통·물류</w:t>
      </w:r>
    </w:p>
    <w:p w14:paraId="1C5557E3" w14:textId="77777777" w:rsidR="007F235E" w:rsidRPr="007F235E" w:rsidRDefault="001B52BD" w:rsidP="00FC01B1">
      <w:pPr>
        <w:pStyle w:val="a9"/>
        <w:numPr>
          <w:ilvl w:val="0"/>
          <w:numId w:val="25"/>
        </w:numPr>
        <w:rPr>
          <w:b/>
          <w:color w:val="000000" w:themeColor="text1"/>
          <w:sz w:val="23"/>
          <w:lang w:eastAsia="ko-KR"/>
        </w:rPr>
      </w:pPr>
      <w:r w:rsidRPr="007F235E">
        <w:rPr>
          <w:color w:val="000000"/>
          <w:sz w:val="20"/>
          <w:lang w:eastAsia="ko-KR"/>
        </w:rPr>
        <w:t>선수단 전용 대형버스와 장비·수하물 운송차량 제공</w:t>
      </w:r>
    </w:p>
    <w:p w14:paraId="077A4E7C" w14:textId="77777777" w:rsidR="007F235E" w:rsidRPr="007F235E" w:rsidRDefault="001B52BD" w:rsidP="00FC01B1">
      <w:pPr>
        <w:pStyle w:val="a9"/>
        <w:numPr>
          <w:ilvl w:val="0"/>
          <w:numId w:val="25"/>
        </w:numPr>
        <w:rPr>
          <w:b/>
          <w:color w:val="000000" w:themeColor="text1"/>
          <w:sz w:val="23"/>
          <w:lang w:eastAsia="ko-KR"/>
        </w:rPr>
      </w:pPr>
      <w:r w:rsidRPr="007F235E">
        <w:rPr>
          <w:color w:val="000000"/>
          <w:sz w:val="20"/>
          <w:lang w:eastAsia="ko-KR"/>
        </w:rPr>
        <w:t>공항, 숙소, 훈련장, 경기장 및 병원 간 이동계획 수립</w:t>
      </w:r>
    </w:p>
    <w:p w14:paraId="31374D24" w14:textId="77777777" w:rsidR="007F235E" w:rsidRPr="007F235E" w:rsidRDefault="001B52BD" w:rsidP="00FC01B1">
      <w:pPr>
        <w:pStyle w:val="a9"/>
        <w:numPr>
          <w:ilvl w:val="0"/>
          <w:numId w:val="25"/>
        </w:numPr>
        <w:rPr>
          <w:b/>
          <w:color w:val="000000" w:themeColor="text1"/>
          <w:sz w:val="23"/>
          <w:lang w:eastAsia="ko-KR"/>
        </w:rPr>
      </w:pPr>
      <w:r w:rsidRPr="007F235E">
        <w:rPr>
          <w:color w:val="000000"/>
          <w:sz w:val="20"/>
          <w:lang w:eastAsia="ko-KR"/>
        </w:rPr>
        <w:t>안전기준을 충족하는 차량과 숙련된 운전기사 배치</w:t>
      </w:r>
    </w:p>
    <w:p w14:paraId="337ADC05" w14:textId="75C56818" w:rsidR="001D0660" w:rsidRPr="007F235E" w:rsidRDefault="001B52BD" w:rsidP="00FC01B1">
      <w:pPr>
        <w:pStyle w:val="a9"/>
        <w:numPr>
          <w:ilvl w:val="0"/>
          <w:numId w:val="25"/>
        </w:numPr>
        <w:rPr>
          <w:b/>
          <w:color w:val="000000" w:themeColor="text1"/>
          <w:sz w:val="23"/>
          <w:lang w:eastAsia="ko-KR"/>
        </w:rPr>
      </w:pPr>
      <w:r w:rsidRPr="007F235E">
        <w:rPr>
          <w:color w:val="000000"/>
          <w:sz w:val="20"/>
          <w:lang w:eastAsia="ko-KR"/>
        </w:rPr>
        <w:t>응급 및 개별 이동을 위한 예비·긴급차량 운영방안 마련</w:t>
      </w:r>
    </w:p>
    <w:p w14:paraId="0B5781B0" w14:textId="77777777" w:rsidR="001D0660" w:rsidRPr="007F235E" w:rsidRDefault="001B52BD" w:rsidP="007F235E">
      <w:pPr>
        <w:pStyle w:val="a9"/>
        <w:numPr>
          <w:ilvl w:val="0"/>
          <w:numId w:val="21"/>
        </w:numPr>
        <w:rPr>
          <w:b/>
          <w:color w:val="000000" w:themeColor="text1"/>
          <w:sz w:val="23"/>
          <w:lang w:eastAsia="ko-KR"/>
        </w:rPr>
      </w:pPr>
      <w:r w:rsidRPr="007F235E">
        <w:rPr>
          <w:b/>
          <w:color w:val="000000" w:themeColor="text1"/>
          <w:sz w:val="23"/>
          <w:lang w:eastAsia="ko-KR"/>
        </w:rPr>
        <w:t>연습경기</w:t>
      </w:r>
    </w:p>
    <w:p w14:paraId="1699F2CA" w14:textId="77777777" w:rsidR="0080599C" w:rsidRPr="0080599C" w:rsidRDefault="001B52BD" w:rsidP="0080599C">
      <w:pPr>
        <w:pStyle w:val="a9"/>
        <w:numPr>
          <w:ilvl w:val="0"/>
          <w:numId w:val="26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구단이 요청하는 수준과 횟수에 부합하는 상대팀 섭외</w:t>
      </w:r>
    </w:p>
    <w:p w14:paraId="2563B3B7" w14:textId="1606A92F" w:rsidR="0080599C" w:rsidRPr="0080599C" w:rsidRDefault="0080599C" w:rsidP="0080599C">
      <w:pPr>
        <w:pStyle w:val="a9"/>
        <w:numPr>
          <w:ilvl w:val="1"/>
          <w:numId w:val="26"/>
        </w:numPr>
        <w:rPr>
          <w:lang w:eastAsia="ko-KR"/>
        </w:rPr>
      </w:pPr>
      <w:r w:rsidRPr="0080599C">
        <w:rPr>
          <w:color w:val="000000"/>
          <w:sz w:val="20"/>
          <w:u w:val="single"/>
          <w:lang w:eastAsia="ko-KR"/>
        </w:rPr>
        <w:t>1</w:t>
      </w:r>
      <w:r w:rsidRPr="0080599C">
        <w:rPr>
          <w:rFonts w:hint="eastAsia"/>
          <w:color w:val="000000"/>
          <w:sz w:val="20"/>
          <w:u w:val="single"/>
          <w:lang w:eastAsia="ko-KR"/>
        </w:rPr>
        <w:t xml:space="preserve">월 </w:t>
      </w:r>
      <w:r w:rsidRPr="0080599C">
        <w:rPr>
          <w:color w:val="000000"/>
          <w:sz w:val="20"/>
          <w:u w:val="single"/>
          <w:lang w:eastAsia="ko-KR"/>
        </w:rPr>
        <w:t>30</w:t>
      </w:r>
      <w:r w:rsidRPr="0080599C">
        <w:rPr>
          <w:rFonts w:hint="eastAsia"/>
          <w:color w:val="000000"/>
          <w:sz w:val="20"/>
          <w:u w:val="single"/>
          <w:lang w:eastAsia="ko-KR"/>
        </w:rPr>
        <w:t>일~</w:t>
      </w:r>
      <w:r w:rsidRPr="0080599C">
        <w:rPr>
          <w:color w:val="000000"/>
          <w:sz w:val="20"/>
          <w:u w:val="single"/>
          <w:lang w:eastAsia="ko-KR"/>
        </w:rPr>
        <w:t>31</w:t>
      </w:r>
      <w:r w:rsidRPr="0080599C">
        <w:rPr>
          <w:rFonts w:hint="eastAsia"/>
          <w:color w:val="000000"/>
          <w:sz w:val="20"/>
          <w:u w:val="single"/>
          <w:lang w:eastAsia="ko-KR"/>
        </w:rPr>
        <w:t xml:space="preserve">일 </w:t>
      </w:r>
      <w:r w:rsidRPr="0080599C">
        <w:rPr>
          <w:color w:val="000000"/>
          <w:sz w:val="20"/>
          <w:u w:val="single"/>
          <w:lang w:eastAsia="ko-KR"/>
        </w:rPr>
        <w:t>(1</w:t>
      </w:r>
      <w:r w:rsidRPr="0080599C">
        <w:rPr>
          <w:rFonts w:hint="eastAsia"/>
          <w:color w:val="000000"/>
          <w:sz w:val="20"/>
          <w:u w:val="single"/>
          <w:lang w:eastAsia="ko-KR"/>
        </w:rPr>
        <w:t>회)</w:t>
      </w:r>
      <w:r w:rsidR="00273E68">
        <w:rPr>
          <w:color w:val="000000"/>
          <w:sz w:val="20"/>
          <w:u w:val="single"/>
          <w:lang w:eastAsia="ko-KR"/>
        </w:rPr>
        <w:t xml:space="preserve"> / </w:t>
      </w:r>
      <w:r w:rsidRPr="0080599C">
        <w:rPr>
          <w:color w:val="000000"/>
          <w:sz w:val="20"/>
          <w:u w:val="single"/>
          <w:lang w:eastAsia="ko-KR"/>
        </w:rPr>
        <w:t>2</w:t>
      </w:r>
      <w:r w:rsidRPr="0080599C">
        <w:rPr>
          <w:rFonts w:hint="eastAsia"/>
          <w:color w:val="000000"/>
          <w:sz w:val="20"/>
          <w:u w:val="single"/>
          <w:lang w:eastAsia="ko-KR"/>
        </w:rPr>
        <w:t xml:space="preserve">월 </w:t>
      </w:r>
      <w:r w:rsidRPr="0080599C">
        <w:rPr>
          <w:color w:val="000000"/>
          <w:sz w:val="20"/>
          <w:u w:val="single"/>
          <w:lang w:eastAsia="ko-KR"/>
        </w:rPr>
        <w:t>3</w:t>
      </w:r>
      <w:r w:rsidRPr="0080599C">
        <w:rPr>
          <w:rFonts w:hint="eastAsia"/>
          <w:color w:val="000000"/>
          <w:sz w:val="20"/>
          <w:u w:val="single"/>
          <w:lang w:eastAsia="ko-KR"/>
        </w:rPr>
        <w:t>일~</w:t>
      </w:r>
      <w:r w:rsidRPr="0080599C">
        <w:rPr>
          <w:color w:val="000000"/>
          <w:sz w:val="20"/>
          <w:u w:val="single"/>
          <w:lang w:eastAsia="ko-KR"/>
        </w:rPr>
        <w:t>4</w:t>
      </w:r>
      <w:r w:rsidRPr="0080599C">
        <w:rPr>
          <w:rFonts w:hint="eastAsia"/>
          <w:color w:val="000000"/>
          <w:sz w:val="20"/>
          <w:u w:val="single"/>
          <w:lang w:eastAsia="ko-KR"/>
        </w:rPr>
        <w:t xml:space="preserve">일 </w:t>
      </w:r>
      <w:r w:rsidRPr="0080599C">
        <w:rPr>
          <w:color w:val="000000"/>
          <w:sz w:val="20"/>
          <w:u w:val="single"/>
          <w:lang w:eastAsia="ko-KR"/>
        </w:rPr>
        <w:t>(1</w:t>
      </w:r>
      <w:r w:rsidRPr="0080599C">
        <w:rPr>
          <w:rFonts w:hint="eastAsia"/>
          <w:color w:val="000000"/>
          <w:sz w:val="20"/>
          <w:u w:val="single"/>
          <w:lang w:eastAsia="ko-KR"/>
        </w:rPr>
        <w:t>회)</w:t>
      </w:r>
      <w:r w:rsidR="00273E68">
        <w:rPr>
          <w:color w:val="000000"/>
          <w:sz w:val="20"/>
          <w:u w:val="single"/>
          <w:lang w:eastAsia="ko-KR"/>
        </w:rPr>
        <w:t xml:space="preserve"> / </w:t>
      </w:r>
      <w:r w:rsidRPr="0080599C">
        <w:rPr>
          <w:color w:val="000000"/>
          <w:sz w:val="20"/>
          <w:u w:val="single"/>
          <w:lang w:eastAsia="ko-KR"/>
        </w:rPr>
        <w:t>2</w:t>
      </w:r>
      <w:r w:rsidRPr="0080599C">
        <w:rPr>
          <w:rFonts w:hint="eastAsia"/>
          <w:color w:val="000000"/>
          <w:sz w:val="20"/>
          <w:u w:val="single"/>
          <w:lang w:eastAsia="ko-KR"/>
        </w:rPr>
        <w:t xml:space="preserve">월 </w:t>
      </w:r>
      <w:r w:rsidRPr="0080599C">
        <w:rPr>
          <w:color w:val="000000"/>
          <w:sz w:val="20"/>
          <w:u w:val="single"/>
          <w:lang w:eastAsia="ko-KR"/>
        </w:rPr>
        <w:t>6</w:t>
      </w:r>
      <w:r w:rsidRPr="0080599C">
        <w:rPr>
          <w:rFonts w:hint="eastAsia"/>
          <w:color w:val="000000"/>
          <w:sz w:val="20"/>
          <w:u w:val="single"/>
          <w:lang w:eastAsia="ko-KR"/>
        </w:rPr>
        <w:t>일~</w:t>
      </w:r>
      <w:r w:rsidRPr="0080599C">
        <w:rPr>
          <w:color w:val="000000"/>
          <w:sz w:val="20"/>
          <w:u w:val="single"/>
          <w:lang w:eastAsia="ko-KR"/>
        </w:rPr>
        <w:t>7</w:t>
      </w:r>
      <w:r w:rsidRPr="0080599C">
        <w:rPr>
          <w:rFonts w:hint="eastAsia"/>
          <w:color w:val="000000"/>
          <w:sz w:val="20"/>
          <w:u w:val="single"/>
          <w:lang w:eastAsia="ko-KR"/>
        </w:rPr>
        <w:t>일(</w:t>
      </w:r>
      <w:r w:rsidRPr="0080599C">
        <w:rPr>
          <w:color w:val="000000"/>
          <w:sz w:val="20"/>
          <w:u w:val="single"/>
          <w:lang w:eastAsia="ko-KR"/>
        </w:rPr>
        <w:t xml:space="preserve">1 </w:t>
      </w:r>
      <w:r w:rsidRPr="0080599C">
        <w:rPr>
          <w:rFonts w:hint="eastAsia"/>
          <w:color w:val="000000"/>
          <w:sz w:val="20"/>
          <w:u w:val="single"/>
          <w:lang w:eastAsia="ko-KR"/>
        </w:rPr>
        <w:t xml:space="preserve">회) </w:t>
      </w:r>
      <w:r w:rsidR="00273E68">
        <w:rPr>
          <w:color w:val="000000"/>
          <w:sz w:val="20"/>
          <w:u w:val="single"/>
          <w:lang w:eastAsia="ko-KR"/>
        </w:rPr>
        <w:t xml:space="preserve">= </w:t>
      </w:r>
      <w:r w:rsidRPr="0080599C">
        <w:rPr>
          <w:rFonts w:hint="eastAsia"/>
          <w:color w:val="000000"/>
          <w:sz w:val="20"/>
          <w:u w:val="single"/>
          <w:lang w:eastAsia="ko-KR"/>
        </w:rPr>
        <w:t xml:space="preserve">총 </w:t>
      </w:r>
      <w:r w:rsidRPr="0080599C">
        <w:rPr>
          <w:color w:val="000000"/>
          <w:sz w:val="20"/>
          <w:u w:val="single"/>
          <w:lang w:eastAsia="ko-KR"/>
        </w:rPr>
        <w:t>3</w:t>
      </w:r>
      <w:r w:rsidRPr="0080599C">
        <w:rPr>
          <w:rFonts w:hint="eastAsia"/>
          <w:color w:val="000000"/>
          <w:sz w:val="20"/>
          <w:u w:val="single"/>
          <w:lang w:eastAsia="ko-KR"/>
        </w:rPr>
        <w:t>회</w:t>
      </w:r>
    </w:p>
    <w:p w14:paraId="43FD328B" w14:textId="0DFC5C0A" w:rsidR="0080599C" w:rsidRPr="0080599C" w:rsidRDefault="0080599C" w:rsidP="0080599C">
      <w:pPr>
        <w:pStyle w:val="a9"/>
        <w:numPr>
          <w:ilvl w:val="1"/>
          <w:numId w:val="26"/>
        </w:numPr>
        <w:rPr>
          <w:lang w:eastAsia="ko-KR"/>
        </w:rPr>
      </w:pPr>
      <w:r w:rsidRPr="0080599C">
        <w:rPr>
          <w:rFonts w:hint="eastAsia"/>
          <w:color w:val="000000"/>
          <w:sz w:val="20"/>
          <w:u w:val="single"/>
          <w:lang w:eastAsia="ko-KR"/>
        </w:rPr>
        <w:t xml:space="preserve">연습경기는 </w:t>
      </w:r>
      <w:r w:rsidRPr="0080599C">
        <w:rPr>
          <w:color w:val="000000"/>
          <w:sz w:val="20"/>
          <w:u w:val="single"/>
          <w:lang w:eastAsia="ko-KR"/>
        </w:rPr>
        <w:t>J</w:t>
      </w:r>
      <w:r w:rsidRPr="0080599C">
        <w:rPr>
          <w:rFonts w:hint="eastAsia"/>
          <w:color w:val="000000"/>
          <w:sz w:val="20"/>
          <w:u w:val="single"/>
          <w:lang w:eastAsia="ko-KR"/>
        </w:rPr>
        <w:t>1</w:t>
      </w:r>
      <w:r w:rsidRPr="0080599C">
        <w:rPr>
          <w:color w:val="000000"/>
          <w:sz w:val="20"/>
          <w:u w:val="single"/>
          <w:lang w:eastAsia="ko-KR"/>
        </w:rPr>
        <w:t>~2</w:t>
      </w:r>
      <w:r w:rsidRPr="0080599C">
        <w:rPr>
          <w:rFonts w:hint="eastAsia"/>
          <w:color w:val="000000"/>
          <w:sz w:val="20"/>
          <w:u w:val="single"/>
          <w:lang w:eastAsia="ko-KR"/>
        </w:rPr>
        <w:t>리그팀 위주로 추진</w:t>
      </w:r>
    </w:p>
    <w:p w14:paraId="437F3733" w14:textId="77777777" w:rsidR="007F235E" w:rsidRPr="007F235E" w:rsidRDefault="001B52BD" w:rsidP="007F235E">
      <w:pPr>
        <w:pStyle w:val="a9"/>
        <w:numPr>
          <w:ilvl w:val="0"/>
          <w:numId w:val="26"/>
        </w:numPr>
        <w:rPr>
          <w:lang w:eastAsia="ko-KR"/>
        </w:rPr>
      </w:pPr>
      <w:r w:rsidRPr="007F235E">
        <w:rPr>
          <w:color w:val="000000"/>
          <w:sz w:val="20"/>
          <w:lang w:eastAsia="ko-KR"/>
        </w:rPr>
        <w:t xml:space="preserve">경기장, </w:t>
      </w:r>
      <w:proofErr w:type="spellStart"/>
      <w:r w:rsidRPr="007F235E">
        <w:rPr>
          <w:color w:val="000000"/>
          <w:sz w:val="20"/>
          <w:lang w:eastAsia="ko-KR"/>
        </w:rPr>
        <w:t>심판진</w:t>
      </w:r>
      <w:proofErr w:type="spellEnd"/>
      <w:r w:rsidRPr="007F235E">
        <w:rPr>
          <w:color w:val="000000"/>
          <w:sz w:val="20"/>
          <w:lang w:eastAsia="ko-KR"/>
        </w:rPr>
        <w:t>, 경기구, 의무지원 및 경기운영 인력 확보</w:t>
      </w:r>
    </w:p>
    <w:p w14:paraId="7ACF0F51" w14:textId="77777777" w:rsidR="007F235E" w:rsidRPr="007F235E" w:rsidRDefault="001B52BD" w:rsidP="007F235E">
      <w:pPr>
        <w:pStyle w:val="a9"/>
        <w:numPr>
          <w:ilvl w:val="0"/>
          <w:numId w:val="26"/>
        </w:numPr>
        <w:rPr>
          <w:lang w:eastAsia="ko-KR"/>
        </w:rPr>
      </w:pPr>
      <w:r w:rsidRPr="007F235E">
        <w:rPr>
          <w:color w:val="000000"/>
          <w:sz w:val="20"/>
          <w:lang w:eastAsia="ko-KR"/>
        </w:rPr>
        <w:t>경기 일정·킥오프시간·운영방식의 사전 협의 및 변경 대응</w:t>
      </w:r>
    </w:p>
    <w:p w14:paraId="03426E4D" w14:textId="00DB5EC3" w:rsidR="001D0660" w:rsidRPr="00704766" w:rsidRDefault="001B52BD" w:rsidP="007F235E">
      <w:pPr>
        <w:pStyle w:val="a9"/>
        <w:numPr>
          <w:ilvl w:val="0"/>
          <w:numId w:val="26"/>
        </w:numPr>
        <w:rPr>
          <w:lang w:eastAsia="ko-KR"/>
        </w:rPr>
      </w:pPr>
      <w:r w:rsidRPr="007F235E">
        <w:rPr>
          <w:color w:val="000000"/>
          <w:sz w:val="20"/>
          <w:lang w:eastAsia="ko-KR"/>
        </w:rPr>
        <w:t>상대팀 및 시설 사용과 관련한 비용·책임관계의 명확한 관리</w:t>
      </w:r>
    </w:p>
    <w:p w14:paraId="268E377F" w14:textId="77777777" w:rsidR="001D0660" w:rsidRPr="0080599C" w:rsidRDefault="001B52BD" w:rsidP="0080599C">
      <w:pPr>
        <w:pStyle w:val="a9"/>
        <w:numPr>
          <w:ilvl w:val="0"/>
          <w:numId w:val="21"/>
        </w:numPr>
        <w:spacing w:before="240"/>
        <w:rPr>
          <w:b/>
          <w:color w:val="000000" w:themeColor="text1"/>
          <w:sz w:val="23"/>
          <w:lang w:eastAsia="ko-KR"/>
        </w:rPr>
      </w:pPr>
      <w:r w:rsidRPr="0080599C">
        <w:rPr>
          <w:b/>
          <w:color w:val="000000" w:themeColor="text1"/>
          <w:sz w:val="23"/>
          <w:lang w:eastAsia="ko-KR"/>
        </w:rPr>
        <w:t>현지 인력·통역</w:t>
      </w:r>
    </w:p>
    <w:p w14:paraId="5DD13B27" w14:textId="77777777" w:rsidR="0080599C" w:rsidRPr="0080599C" w:rsidRDefault="001B52BD" w:rsidP="0080599C">
      <w:pPr>
        <w:pStyle w:val="a9"/>
        <w:numPr>
          <w:ilvl w:val="0"/>
          <w:numId w:val="27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전지훈련 전 기간 현지 상주 총괄담당자 및 한국어 소통 가능 인력 배치</w:t>
      </w:r>
    </w:p>
    <w:p w14:paraId="16EB4556" w14:textId="706F4529" w:rsidR="0080599C" w:rsidRPr="0080599C" w:rsidRDefault="001B52BD" w:rsidP="0080599C">
      <w:pPr>
        <w:pStyle w:val="a9"/>
        <w:numPr>
          <w:ilvl w:val="0"/>
          <w:numId w:val="27"/>
        </w:numPr>
        <w:rPr>
          <w:lang w:eastAsia="ko-KR"/>
        </w:rPr>
      </w:pPr>
      <w:r w:rsidRPr="0080599C">
        <w:rPr>
          <w:color w:val="000000"/>
          <w:sz w:val="20"/>
          <w:lang w:eastAsia="ko-KR"/>
        </w:rPr>
        <w:t>숙박, 훈련장, 차량 및 연습경기 담당자 간 비상연락망 구축</w:t>
      </w:r>
    </w:p>
    <w:p w14:paraId="307A7818" w14:textId="4462A1F0" w:rsidR="001D0660" w:rsidRPr="00704766" w:rsidRDefault="001B52BD" w:rsidP="0080599C">
      <w:pPr>
        <w:pStyle w:val="a9"/>
        <w:numPr>
          <w:ilvl w:val="0"/>
          <w:numId w:val="27"/>
        </w:numPr>
        <w:rPr>
          <w:lang w:eastAsia="ko-KR"/>
        </w:rPr>
      </w:pPr>
      <w:r w:rsidRPr="0080599C">
        <w:rPr>
          <w:color w:val="000000"/>
          <w:sz w:val="20"/>
          <w:lang w:eastAsia="ko-KR"/>
        </w:rPr>
        <w:t>구단 요청사항 접수, 처리현황 공유 및 일일 운영보고 실시</w:t>
      </w:r>
    </w:p>
    <w:p w14:paraId="655DFF04" w14:textId="77777777" w:rsidR="001D0660" w:rsidRPr="0080599C" w:rsidRDefault="001B52BD" w:rsidP="0080599C">
      <w:pPr>
        <w:pStyle w:val="a9"/>
        <w:numPr>
          <w:ilvl w:val="0"/>
          <w:numId w:val="21"/>
        </w:numPr>
        <w:spacing w:before="240"/>
        <w:rPr>
          <w:b/>
          <w:color w:val="000000" w:themeColor="text1"/>
          <w:sz w:val="23"/>
          <w:lang w:eastAsia="ko-KR"/>
        </w:rPr>
      </w:pPr>
      <w:r w:rsidRPr="0080599C">
        <w:rPr>
          <w:b/>
          <w:color w:val="000000" w:themeColor="text1"/>
          <w:sz w:val="23"/>
          <w:lang w:eastAsia="ko-KR"/>
        </w:rPr>
        <w:t>안전·의료·비상대응</w:t>
      </w:r>
    </w:p>
    <w:p w14:paraId="5697EDDB" w14:textId="77777777" w:rsidR="0080599C" w:rsidRPr="0080599C" w:rsidRDefault="001B52BD" w:rsidP="0080599C">
      <w:pPr>
        <w:pStyle w:val="a9"/>
        <w:numPr>
          <w:ilvl w:val="0"/>
          <w:numId w:val="28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선수단에 적합한 여행자보험 및 배상책임 관련 보험 가입 지원</w:t>
      </w:r>
    </w:p>
    <w:p w14:paraId="2908AE3E" w14:textId="77777777" w:rsidR="0080599C" w:rsidRPr="0080599C" w:rsidRDefault="001B52BD" w:rsidP="0080599C">
      <w:pPr>
        <w:pStyle w:val="a9"/>
        <w:numPr>
          <w:ilvl w:val="0"/>
          <w:numId w:val="28"/>
        </w:numPr>
        <w:rPr>
          <w:lang w:eastAsia="ko-KR"/>
        </w:rPr>
      </w:pPr>
      <w:r w:rsidRPr="0080599C">
        <w:rPr>
          <w:color w:val="000000"/>
          <w:sz w:val="20"/>
          <w:lang w:eastAsia="ko-KR"/>
        </w:rPr>
        <w:t>응급실, 정형외과, 영상검사 및 수술 대응이 가능한 현지 의료기관 정보 제공</w:t>
      </w:r>
    </w:p>
    <w:p w14:paraId="6DD7623C" w14:textId="77777777" w:rsidR="0080599C" w:rsidRPr="0080599C" w:rsidRDefault="001B52BD" w:rsidP="0080599C">
      <w:pPr>
        <w:pStyle w:val="a9"/>
        <w:numPr>
          <w:ilvl w:val="0"/>
          <w:numId w:val="28"/>
        </w:numPr>
        <w:rPr>
          <w:lang w:eastAsia="ko-KR"/>
        </w:rPr>
      </w:pPr>
      <w:r w:rsidRPr="0080599C">
        <w:rPr>
          <w:color w:val="000000"/>
          <w:sz w:val="20"/>
          <w:lang w:eastAsia="ko-KR"/>
        </w:rPr>
        <w:t xml:space="preserve">부상·질병·사고 발생 시 </w:t>
      </w:r>
      <w:proofErr w:type="spellStart"/>
      <w:r w:rsidRPr="0080599C">
        <w:rPr>
          <w:color w:val="000000"/>
          <w:sz w:val="20"/>
          <w:lang w:eastAsia="ko-KR"/>
        </w:rPr>
        <w:t>병원이송</w:t>
      </w:r>
      <w:proofErr w:type="spellEnd"/>
      <w:r w:rsidRPr="0080599C">
        <w:rPr>
          <w:color w:val="000000"/>
          <w:sz w:val="20"/>
          <w:lang w:eastAsia="ko-KR"/>
        </w:rPr>
        <w:t>, 통역 및 행정절차 지원</w:t>
      </w:r>
    </w:p>
    <w:p w14:paraId="3CF8E79E" w14:textId="0895973B" w:rsidR="001D0660" w:rsidRPr="00704766" w:rsidRDefault="001B52BD" w:rsidP="0080599C">
      <w:pPr>
        <w:pStyle w:val="a9"/>
        <w:numPr>
          <w:ilvl w:val="0"/>
          <w:numId w:val="28"/>
        </w:numPr>
        <w:rPr>
          <w:lang w:eastAsia="ko-KR"/>
        </w:rPr>
      </w:pPr>
      <w:r w:rsidRPr="0080599C">
        <w:rPr>
          <w:color w:val="000000"/>
          <w:sz w:val="20"/>
          <w:lang w:eastAsia="ko-KR"/>
        </w:rPr>
        <w:t xml:space="preserve">태풍, 폭우, </w:t>
      </w:r>
      <w:proofErr w:type="spellStart"/>
      <w:r w:rsidRPr="0080599C">
        <w:rPr>
          <w:color w:val="000000"/>
          <w:sz w:val="20"/>
          <w:lang w:eastAsia="ko-KR"/>
        </w:rPr>
        <w:t>항공결항</w:t>
      </w:r>
      <w:proofErr w:type="spellEnd"/>
      <w:r w:rsidRPr="0080599C">
        <w:rPr>
          <w:color w:val="000000"/>
          <w:sz w:val="20"/>
          <w:lang w:eastAsia="ko-KR"/>
        </w:rPr>
        <w:t>, 교통장애, 시설사용 불가 등에 대한 대체계획 마련</w:t>
      </w:r>
    </w:p>
    <w:p w14:paraId="33DA7FCD" w14:textId="77777777" w:rsidR="001D0660" w:rsidRPr="0080599C" w:rsidRDefault="001B52BD" w:rsidP="0080599C">
      <w:pPr>
        <w:pStyle w:val="a9"/>
        <w:numPr>
          <w:ilvl w:val="0"/>
          <w:numId w:val="21"/>
        </w:numPr>
        <w:spacing w:before="240"/>
        <w:rPr>
          <w:b/>
          <w:color w:val="000000" w:themeColor="text1"/>
          <w:sz w:val="23"/>
          <w:lang w:eastAsia="ko-KR"/>
        </w:rPr>
      </w:pPr>
      <w:r w:rsidRPr="0080599C">
        <w:rPr>
          <w:b/>
          <w:color w:val="000000" w:themeColor="text1"/>
          <w:sz w:val="23"/>
          <w:lang w:eastAsia="ko-KR"/>
        </w:rPr>
        <w:t>정산·결과보고</w:t>
      </w:r>
    </w:p>
    <w:p w14:paraId="1D4F23C1" w14:textId="77777777" w:rsidR="0080599C" w:rsidRPr="0080599C" w:rsidRDefault="001B52BD" w:rsidP="0080599C">
      <w:pPr>
        <w:pStyle w:val="a9"/>
        <w:numPr>
          <w:ilvl w:val="0"/>
          <w:numId w:val="29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계약금액과 실제 집행내역에 대한 세부 증빙 및 정산자료 제출</w:t>
      </w:r>
    </w:p>
    <w:p w14:paraId="406C7057" w14:textId="77777777" w:rsidR="0080599C" w:rsidRPr="0080599C" w:rsidRDefault="001B52BD" w:rsidP="0080599C">
      <w:pPr>
        <w:pStyle w:val="a9"/>
        <w:numPr>
          <w:ilvl w:val="0"/>
          <w:numId w:val="29"/>
        </w:numPr>
        <w:rPr>
          <w:lang w:eastAsia="ko-KR"/>
        </w:rPr>
      </w:pPr>
      <w:r w:rsidRPr="0080599C">
        <w:rPr>
          <w:color w:val="000000"/>
          <w:sz w:val="20"/>
          <w:lang w:eastAsia="ko-KR"/>
        </w:rPr>
        <w:t xml:space="preserve">인원·일정 변경에 따른 </w:t>
      </w:r>
      <w:proofErr w:type="spellStart"/>
      <w:r w:rsidRPr="0080599C">
        <w:rPr>
          <w:color w:val="000000"/>
          <w:sz w:val="20"/>
          <w:lang w:eastAsia="ko-KR"/>
        </w:rPr>
        <w:t>증감액</w:t>
      </w:r>
      <w:proofErr w:type="spellEnd"/>
      <w:r w:rsidRPr="0080599C">
        <w:rPr>
          <w:color w:val="000000"/>
          <w:sz w:val="20"/>
          <w:lang w:eastAsia="ko-KR"/>
        </w:rPr>
        <w:t xml:space="preserve"> 산정기준 사전 제시</w:t>
      </w:r>
    </w:p>
    <w:p w14:paraId="5BECD37E" w14:textId="39EFC7EE" w:rsidR="001D0660" w:rsidRPr="007F098B" w:rsidRDefault="001B52BD" w:rsidP="0080599C">
      <w:pPr>
        <w:pStyle w:val="a9"/>
        <w:numPr>
          <w:ilvl w:val="0"/>
          <w:numId w:val="29"/>
        </w:numPr>
        <w:rPr>
          <w:lang w:eastAsia="ko-KR"/>
        </w:rPr>
      </w:pPr>
      <w:r w:rsidRPr="0080599C">
        <w:rPr>
          <w:color w:val="000000"/>
          <w:sz w:val="20"/>
          <w:lang w:eastAsia="ko-KR"/>
        </w:rPr>
        <w:lastRenderedPageBreak/>
        <w:t>전지훈련 종료 후 14일 이내 운영결과 및 정산보고서 제출</w:t>
      </w:r>
    </w:p>
    <w:p w14:paraId="3ED5CD34" w14:textId="77777777" w:rsidR="007F098B" w:rsidRPr="00704766" w:rsidRDefault="007F098B" w:rsidP="007F098B">
      <w:pPr>
        <w:pStyle w:val="a9"/>
        <w:ind w:left="760"/>
        <w:rPr>
          <w:lang w:eastAsia="ko-KR"/>
        </w:rPr>
      </w:pPr>
    </w:p>
    <w:p w14:paraId="277A634A" w14:textId="77777777" w:rsidR="001D0660" w:rsidRPr="0080599C" w:rsidRDefault="001B52BD" w:rsidP="007F098B">
      <w:pPr>
        <w:pStyle w:val="a9"/>
        <w:numPr>
          <w:ilvl w:val="0"/>
          <w:numId w:val="17"/>
        </w:numPr>
        <w:spacing w:before="240" w:after="0"/>
        <w:rPr>
          <w:b/>
          <w:color w:val="000000" w:themeColor="text1"/>
          <w:sz w:val="26"/>
          <w:lang w:eastAsia="ko-KR"/>
        </w:rPr>
      </w:pPr>
      <w:r w:rsidRPr="0080599C">
        <w:rPr>
          <w:b/>
          <w:color w:val="000000" w:themeColor="text1"/>
          <w:sz w:val="26"/>
          <w:lang w:eastAsia="ko-KR"/>
        </w:rPr>
        <w:t>필수 제안조건</w:t>
      </w: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1700"/>
        <w:gridCol w:w="8165"/>
      </w:tblGrid>
      <w:tr w:rsidR="001D0660" w:rsidRPr="00704766" w14:paraId="79B1A27D" w14:textId="77777777" w:rsidTr="0080599C">
        <w:trPr>
          <w:cantSplit/>
          <w:tblHeader/>
        </w:trPr>
        <w:tc>
          <w:tcPr>
            <w:tcW w:w="17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D3FD18C" w14:textId="77777777" w:rsidR="001D0660" w:rsidRPr="0080599C" w:rsidRDefault="001B52BD" w:rsidP="0080599C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80599C">
              <w:rPr>
                <w:b/>
                <w:color w:val="FFFFFF"/>
                <w:sz w:val="20"/>
                <w:szCs w:val="20"/>
              </w:rPr>
              <w:t>구분</w:t>
            </w:r>
            <w:proofErr w:type="spellEnd"/>
          </w:p>
        </w:tc>
        <w:tc>
          <w:tcPr>
            <w:tcW w:w="816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4569C29" w14:textId="77777777" w:rsidR="001D0660" w:rsidRPr="0080599C" w:rsidRDefault="001B52BD" w:rsidP="0080599C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80599C">
              <w:rPr>
                <w:b/>
                <w:color w:val="FFFFFF"/>
                <w:sz w:val="20"/>
                <w:szCs w:val="20"/>
              </w:rPr>
              <w:t>필수</w:t>
            </w:r>
            <w:proofErr w:type="spellEnd"/>
            <w:r w:rsidRPr="0080599C">
              <w:rPr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80599C">
              <w:rPr>
                <w:b/>
                <w:color w:val="FFFFFF"/>
                <w:sz w:val="20"/>
                <w:szCs w:val="20"/>
              </w:rPr>
              <w:t>제안내용</w:t>
            </w:r>
            <w:proofErr w:type="spellEnd"/>
          </w:p>
        </w:tc>
      </w:tr>
      <w:tr w:rsidR="001D0660" w:rsidRPr="00704766" w14:paraId="09A6E39E" w14:textId="77777777" w:rsidTr="007F098B">
        <w:trPr>
          <w:cantSplit/>
        </w:trPr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275CB97" w14:textId="77777777" w:rsidR="001D0660" w:rsidRPr="0080599C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</w:rPr>
              <w:t>숙소</w:t>
            </w:r>
            <w:proofErr w:type="spellEnd"/>
          </w:p>
        </w:tc>
        <w:tc>
          <w:tcPr>
            <w:tcW w:w="81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0222020" w14:textId="77777777" w:rsidR="00273E68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>시설명</w:t>
            </w:r>
            <w:proofErr w:type="spellEnd"/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 xml:space="preserve">·주소·등급, 객실 유형과 수량, 부대공간, 훈련장까지 거리·시간, </w:t>
            </w:r>
          </w:p>
          <w:p w14:paraId="2C105558" w14:textId="18953BC1" w:rsidR="001D0660" w:rsidRPr="0080599C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>최근 사진 및 사용 가능 확인자료 제출</w:t>
            </w:r>
          </w:p>
        </w:tc>
      </w:tr>
      <w:tr w:rsidR="001D0660" w:rsidRPr="00704766" w14:paraId="6DE0762D" w14:textId="77777777" w:rsidTr="007F098B">
        <w:trPr>
          <w:cantSplit/>
        </w:trPr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276E549" w14:textId="77777777" w:rsidR="001D0660" w:rsidRPr="0080599C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</w:rPr>
              <w:t>훈련장</w:t>
            </w:r>
            <w:proofErr w:type="spellEnd"/>
          </w:p>
        </w:tc>
        <w:tc>
          <w:tcPr>
            <w:tcW w:w="81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75D46D8" w14:textId="77777777" w:rsidR="00273E68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>시설명</w:t>
            </w:r>
            <w:proofErr w:type="spellEnd"/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 xml:space="preserve">·주소, 천연잔디 종류와 상태, 규격, 사용 가능 일자·시간, </w:t>
            </w:r>
          </w:p>
          <w:p w14:paraId="064706E7" w14:textId="28372A44" w:rsidR="001D0660" w:rsidRPr="0080599C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>라커룸</w:t>
            </w:r>
            <w:proofErr w:type="spellEnd"/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 xml:space="preserve"> 등 부대시설 및 대체시설 자료 제출</w:t>
            </w:r>
          </w:p>
        </w:tc>
      </w:tr>
      <w:tr w:rsidR="001D0660" w:rsidRPr="00704766" w14:paraId="05ADF782" w14:textId="77777777" w:rsidTr="007F098B">
        <w:trPr>
          <w:cantSplit/>
        </w:trPr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228745" w14:textId="77777777" w:rsidR="001D0660" w:rsidRPr="0080599C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</w:rPr>
              <w:t>식단</w:t>
            </w:r>
            <w:proofErr w:type="spellEnd"/>
          </w:p>
        </w:tc>
        <w:tc>
          <w:tcPr>
            <w:tcW w:w="81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58E2306" w14:textId="77777777" w:rsidR="00497BFF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 xml:space="preserve">최소 7일 이상의 순환 식단 예시, 제공수량, 간식·음료, </w:t>
            </w:r>
            <w:proofErr w:type="spellStart"/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>특이식</w:t>
            </w:r>
            <w:proofErr w:type="spellEnd"/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 xml:space="preserve"> 대응 및 </w:t>
            </w:r>
          </w:p>
          <w:p w14:paraId="62AC43B2" w14:textId="2BC0912D" w:rsidR="001D0660" w:rsidRPr="0080599C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</w:rPr>
              <w:t>위생관리계획</w:t>
            </w:r>
            <w:proofErr w:type="spellEnd"/>
            <w:r w:rsidRPr="0080599C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599C">
              <w:rPr>
                <w:bCs/>
                <w:color w:val="000000"/>
                <w:sz w:val="20"/>
                <w:szCs w:val="20"/>
              </w:rPr>
              <w:t>제출</w:t>
            </w:r>
            <w:proofErr w:type="spellEnd"/>
          </w:p>
        </w:tc>
      </w:tr>
      <w:tr w:rsidR="001D0660" w:rsidRPr="00704766" w14:paraId="5D630D7A" w14:textId="77777777" w:rsidTr="007F098B">
        <w:trPr>
          <w:cantSplit/>
        </w:trPr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DFCE2A8" w14:textId="77777777" w:rsidR="001D0660" w:rsidRPr="0080599C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</w:rPr>
              <w:t>차량</w:t>
            </w:r>
            <w:proofErr w:type="spellEnd"/>
          </w:p>
        </w:tc>
        <w:tc>
          <w:tcPr>
            <w:tcW w:w="81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9903C38" w14:textId="77777777" w:rsidR="001D0660" w:rsidRPr="0080599C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>차종, 연식, 좌석수, 대수, 기사 운영시간, 장비차량 및 긴급차량 계획 제출</w:t>
            </w:r>
          </w:p>
        </w:tc>
      </w:tr>
      <w:tr w:rsidR="001D0660" w:rsidRPr="00704766" w14:paraId="32EBEF71" w14:textId="77777777" w:rsidTr="007F098B">
        <w:trPr>
          <w:cantSplit/>
        </w:trPr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C08F90E" w14:textId="77777777" w:rsidR="001D0660" w:rsidRPr="0080599C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</w:rPr>
              <w:t>연습경기</w:t>
            </w:r>
            <w:proofErr w:type="spellEnd"/>
          </w:p>
        </w:tc>
        <w:tc>
          <w:tcPr>
            <w:tcW w:w="81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F4771F7" w14:textId="77777777" w:rsidR="001D0660" w:rsidRPr="0080599C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>희망 횟수에 대한 섭외계획, 상대팀 후보군, 경기장 및 심판 운영계획 제출</w:t>
            </w:r>
          </w:p>
        </w:tc>
      </w:tr>
      <w:tr w:rsidR="001D0660" w:rsidRPr="00704766" w14:paraId="28C13DA2" w14:textId="77777777" w:rsidTr="007F098B">
        <w:trPr>
          <w:cantSplit/>
        </w:trPr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04D8C4F" w14:textId="77777777" w:rsidR="001D0660" w:rsidRPr="0080599C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</w:rPr>
              <w:t>현지인력</w:t>
            </w:r>
            <w:proofErr w:type="spellEnd"/>
          </w:p>
        </w:tc>
        <w:tc>
          <w:tcPr>
            <w:tcW w:w="81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A0C6666" w14:textId="77777777" w:rsidR="001D0660" w:rsidRPr="0080599C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>총괄담당자, 상주인력, 통역 및 비상연락체계의 역할·경력·연락체계 제출</w:t>
            </w:r>
          </w:p>
        </w:tc>
      </w:tr>
      <w:tr w:rsidR="001D0660" w:rsidRPr="00704766" w14:paraId="49925A8B" w14:textId="77777777" w:rsidTr="007F098B">
        <w:trPr>
          <w:cantSplit/>
        </w:trPr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8663CE1" w14:textId="77777777" w:rsidR="001D0660" w:rsidRPr="0080599C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80599C">
              <w:rPr>
                <w:bCs/>
                <w:color w:val="000000"/>
                <w:sz w:val="20"/>
                <w:szCs w:val="20"/>
              </w:rPr>
              <w:t>가격</w:t>
            </w:r>
            <w:proofErr w:type="spellEnd"/>
          </w:p>
        </w:tc>
        <w:tc>
          <w:tcPr>
            <w:tcW w:w="81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53A5317" w14:textId="640940A1" w:rsidR="001D0660" w:rsidRPr="0080599C" w:rsidRDefault="001B52BD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80599C">
              <w:rPr>
                <w:bCs/>
                <w:color w:val="000000"/>
                <w:sz w:val="20"/>
                <w:szCs w:val="20"/>
                <w:lang w:eastAsia="ko-KR"/>
              </w:rPr>
              <w:t>숙박·식사·훈련장·차량·연습경기·인력·보험·기타 비용을 구분한 세부 산출내역 제출</w:t>
            </w:r>
          </w:p>
        </w:tc>
      </w:tr>
      <w:tr w:rsidR="00FB23F5" w:rsidRPr="00704766" w14:paraId="6689530A" w14:textId="77777777" w:rsidTr="007F098B">
        <w:trPr>
          <w:cantSplit/>
        </w:trPr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F39309A" w14:textId="616FFC76" w:rsidR="00FB23F5" w:rsidRPr="0080599C" w:rsidRDefault="00FB23F5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답사</w:t>
            </w:r>
          </w:p>
        </w:tc>
        <w:tc>
          <w:tcPr>
            <w:tcW w:w="81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00A4F19" w14:textId="5979348B" w:rsidR="00FB23F5" w:rsidRPr="0080599C" w:rsidRDefault="00FB23F5" w:rsidP="0080599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사전 답사 계획</w:t>
            </w:r>
          </w:p>
        </w:tc>
      </w:tr>
    </w:tbl>
    <w:p w14:paraId="0EA86163" w14:textId="77777777" w:rsidR="001D0660" w:rsidRPr="00704766" w:rsidRDefault="001D0660" w:rsidP="00FC01B1">
      <w:pPr>
        <w:rPr>
          <w:lang w:eastAsia="ko-KR"/>
        </w:rPr>
      </w:pPr>
    </w:p>
    <w:p w14:paraId="6CACD31A" w14:textId="77777777" w:rsidR="001D0660" w:rsidRPr="007F098B" w:rsidRDefault="001B52BD" w:rsidP="007F098B">
      <w:pPr>
        <w:pStyle w:val="a9"/>
        <w:numPr>
          <w:ilvl w:val="0"/>
          <w:numId w:val="17"/>
        </w:numPr>
        <w:spacing w:before="240" w:after="0"/>
        <w:rPr>
          <w:b/>
          <w:color w:val="000000" w:themeColor="text1"/>
          <w:sz w:val="26"/>
          <w:lang w:eastAsia="ko-KR"/>
        </w:rPr>
      </w:pPr>
      <w:r w:rsidRPr="007F098B">
        <w:rPr>
          <w:b/>
          <w:color w:val="000000" w:themeColor="text1"/>
          <w:sz w:val="26"/>
          <w:lang w:eastAsia="ko-KR"/>
        </w:rPr>
        <w:t>변경 및 취소</w:t>
      </w:r>
    </w:p>
    <w:p w14:paraId="22206DA9" w14:textId="77777777" w:rsidR="007F098B" w:rsidRPr="007F098B" w:rsidRDefault="001B52BD" w:rsidP="007F098B">
      <w:pPr>
        <w:pStyle w:val="a9"/>
        <w:numPr>
          <w:ilvl w:val="0"/>
          <w:numId w:val="30"/>
        </w:numPr>
        <w:rPr>
          <w:lang w:eastAsia="ko-KR"/>
        </w:rPr>
      </w:pPr>
      <w:r w:rsidRPr="00704766">
        <w:rPr>
          <w:color w:val="000000"/>
          <w:sz w:val="20"/>
          <w:lang w:eastAsia="ko-KR"/>
        </w:rPr>
        <w:t>참가인원, 일정 및 서비스 수량은 구단 사정에 따라 변경될 수 있으며, 업체는 항목별 증감단가와 변경 가능 기한을 제안서에 명시하여야 합니다.</w:t>
      </w:r>
    </w:p>
    <w:p w14:paraId="77781416" w14:textId="74D06C5F" w:rsidR="007F098B" w:rsidRPr="007F098B" w:rsidRDefault="001B52BD" w:rsidP="007F098B">
      <w:pPr>
        <w:pStyle w:val="a9"/>
        <w:numPr>
          <w:ilvl w:val="0"/>
          <w:numId w:val="30"/>
        </w:numPr>
        <w:rPr>
          <w:lang w:eastAsia="ko-KR"/>
        </w:rPr>
      </w:pPr>
      <w:r w:rsidRPr="007F098B">
        <w:rPr>
          <w:color w:val="000000"/>
          <w:sz w:val="20"/>
          <w:lang w:eastAsia="ko-KR"/>
        </w:rPr>
        <w:t>숙박, 훈련장 등 주요 항목의 취소수수료는 시점별로 구분하여 사전에 제시하여야 합니다.</w:t>
      </w:r>
    </w:p>
    <w:p w14:paraId="6FD80972" w14:textId="77777777" w:rsidR="007F098B" w:rsidRPr="007F098B" w:rsidRDefault="001B52BD" w:rsidP="007F098B">
      <w:pPr>
        <w:pStyle w:val="a9"/>
        <w:numPr>
          <w:ilvl w:val="0"/>
          <w:numId w:val="30"/>
        </w:numPr>
        <w:rPr>
          <w:lang w:eastAsia="ko-KR"/>
        </w:rPr>
      </w:pPr>
      <w:r w:rsidRPr="007F098B">
        <w:rPr>
          <w:color w:val="000000"/>
          <w:sz w:val="20"/>
          <w:lang w:eastAsia="ko-KR"/>
        </w:rPr>
        <w:t>업체 귀책으로 제안내용을 제공할 수 없는 경우 동등 이상의 대체서비스를 업체 비용과 책임으로 제공하여야 합니다.</w:t>
      </w:r>
    </w:p>
    <w:p w14:paraId="4A4E5F34" w14:textId="099D281B" w:rsidR="001D0660" w:rsidRPr="007F098B" w:rsidRDefault="001B52BD" w:rsidP="007F098B">
      <w:pPr>
        <w:pStyle w:val="a9"/>
        <w:numPr>
          <w:ilvl w:val="0"/>
          <w:numId w:val="30"/>
        </w:numPr>
        <w:rPr>
          <w:lang w:eastAsia="ko-KR"/>
        </w:rPr>
      </w:pPr>
      <w:r w:rsidRPr="007F098B">
        <w:rPr>
          <w:color w:val="000000"/>
          <w:sz w:val="20"/>
          <w:lang w:eastAsia="ko-KR"/>
        </w:rPr>
        <w:t>천재지변, 정부조치, 감염병, 항공편 취소 등 불가항력 사유가 발생한 경우 양 당사자는 손실을 최소화하도록 협의하며, 환급 가능 금액과 실제 발생비용을 객관적 증빙에 따라 정산합니다.</w:t>
      </w:r>
    </w:p>
    <w:p w14:paraId="6D18524C" w14:textId="77777777" w:rsidR="007F098B" w:rsidRPr="00704766" w:rsidRDefault="007F098B" w:rsidP="007F098B">
      <w:pPr>
        <w:pStyle w:val="a9"/>
        <w:ind w:left="760"/>
        <w:rPr>
          <w:lang w:eastAsia="ko-KR"/>
        </w:rPr>
      </w:pPr>
    </w:p>
    <w:p w14:paraId="3BA72316" w14:textId="77777777" w:rsidR="001D0660" w:rsidRPr="007F098B" w:rsidRDefault="001B52BD" w:rsidP="007F098B">
      <w:pPr>
        <w:pStyle w:val="a9"/>
        <w:numPr>
          <w:ilvl w:val="0"/>
          <w:numId w:val="17"/>
        </w:numPr>
        <w:spacing w:before="240" w:after="0"/>
        <w:rPr>
          <w:b/>
          <w:color w:val="000000" w:themeColor="text1"/>
          <w:sz w:val="26"/>
          <w:lang w:eastAsia="ko-KR"/>
        </w:rPr>
      </w:pPr>
      <w:r w:rsidRPr="007F098B">
        <w:rPr>
          <w:b/>
          <w:color w:val="000000" w:themeColor="text1"/>
          <w:sz w:val="26"/>
          <w:lang w:eastAsia="ko-KR"/>
        </w:rPr>
        <w:t>보고 및 승인</w:t>
      </w: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2300"/>
        <w:gridCol w:w="5465"/>
      </w:tblGrid>
      <w:tr w:rsidR="001D0660" w:rsidRPr="00704766" w14:paraId="56B3D27D" w14:textId="77777777">
        <w:trPr>
          <w:cantSplit/>
          <w:tblHeader/>
        </w:trPr>
        <w:tc>
          <w:tcPr>
            <w:tcW w:w="21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5F9CAA0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구분</w:t>
            </w:r>
            <w:proofErr w:type="spellEnd"/>
          </w:p>
        </w:tc>
        <w:tc>
          <w:tcPr>
            <w:tcW w:w="23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ADF287B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제출시기</w:t>
            </w:r>
            <w:proofErr w:type="spellEnd"/>
          </w:p>
        </w:tc>
        <w:tc>
          <w:tcPr>
            <w:tcW w:w="546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E20ADAE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주요내용</w:t>
            </w:r>
            <w:proofErr w:type="spellEnd"/>
          </w:p>
        </w:tc>
      </w:tr>
      <w:tr w:rsidR="001D0660" w:rsidRPr="00704766" w14:paraId="0A33E191" w14:textId="77777777">
        <w:trPr>
          <w:cantSplit/>
        </w:trPr>
        <w:tc>
          <w:tcPr>
            <w:tcW w:w="21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B9EDCED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착수계획서</w:t>
            </w:r>
            <w:proofErr w:type="spellEnd"/>
          </w:p>
        </w:tc>
        <w:tc>
          <w:tcPr>
            <w:tcW w:w="23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88E4FEF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계약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후 7일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이내</w:t>
            </w:r>
            <w:proofErr w:type="spellEnd"/>
          </w:p>
        </w:tc>
        <w:tc>
          <w:tcPr>
            <w:tcW w:w="54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69D4383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세부 일정, 담당조직, 예약·확보 현황, 비상연락망</w:t>
            </w:r>
          </w:p>
        </w:tc>
      </w:tr>
      <w:tr w:rsidR="001D0660" w:rsidRPr="00704766" w14:paraId="61439D3E" w14:textId="77777777">
        <w:trPr>
          <w:cantSplit/>
        </w:trPr>
        <w:tc>
          <w:tcPr>
            <w:tcW w:w="21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3613D97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중간점검자료</w:t>
            </w:r>
            <w:proofErr w:type="spellEnd"/>
          </w:p>
        </w:tc>
        <w:tc>
          <w:tcPr>
            <w:tcW w:w="23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4846907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출국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30일 전</w:t>
            </w:r>
          </w:p>
        </w:tc>
        <w:tc>
          <w:tcPr>
            <w:tcW w:w="54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6BDFA9A" w14:textId="3D4BB776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 xml:space="preserve">객실·식단, 훈련장·차량,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경기섭외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 xml:space="preserve"> 진행상황</w:t>
            </w:r>
          </w:p>
        </w:tc>
      </w:tr>
      <w:tr w:rsidR="001D0660" w:rsidRPr="00704766" w14:paraId="10C9EBB1" w14:textId="77777777">
        <w:trPr>
          <w:cantSplit/>
        </w:trPr>
        <w:tc>
          <w:tcPr>
            <w:tcW w:w="21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9F42F4F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lastRenderedPageBreak/>
              <w:t>최종운영계획</w:t>
            </w:r>
            <w:proofErr w:type="spellEnd"/>
          </w:p>
        </w:tc>
        <w:tc>
          <w:tcPr>
            <w:tcW w:w="23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7C7D719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출국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14일 전</w:t>
            </w:r>
          </w:p>
        </w:tc>
        <w:tc>
          <w:tcPr>
            <w:tcW w:w="54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893950D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확정 일정표, 인원명단 반영, 시설·연락망·보험·비상대응</w:t>
            </w:r>
          </w:p>
        </w:tc>
      </w:tr>
      <w:tr w:rsidR="001D0660" w:rsidRPr="00704766" w14:paraId="680F2909" w14:textId="77777777">
        <w:trPr>
          <w:cantSplit/>
        </w:trPr>
        <w:tc>
          <w:tcPr>
            <w:tcW w:w="21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D63A238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일일운영보고</w:t>
            </w:r>
            <w:proofErr w:type="spellEnd"/>
          </w:p>
        </w:tc>
        <w:tc>
          <w:tcPr>
            <w:tcW w:w="23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2530BAB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훈련기간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중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매일</w:t>
            </w:r>
            <w:proofErr w:type="spellEnd"/>
          </w:p>
        </w:tc>
        <w:tc>
          <w:tcPr>
            <w:tcW w:w="54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6F38A58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익일 일정, 변경사항, 요청사항 처리현황</w:t>
            </w:r>
          </w:p>
        </w:tc>
      </w:tr>
      <w:tr w:rsidR="001D0660" w:rsidRPr="00704766" w14:paraId="03783B0C" w14:textId="77777777">
        <w:trPr>
          <w:cantSplit/>
        </w:trPr>
        <w:tc>
          <w:tcPr>
            <w:tcW w:w="21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8A61AA8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결과·정산보고</w:t>
            </w:r>
            <w:proofErr w:type="spellEnd"/>
          </w:p>
        </w:tc>
        <w:tc>
          <w:tcPr>
            <w:tcW w:w="23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7597773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귀국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후 14일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이내</w:t>
            </w:r>
            <w:proofErr w:type="spellEnd"/>
          </w:p>
        </w:tc>
        <w:tc>
          <w:tcPr>
            <w:tcW w:w="54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E483725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운영결과, 사고·변경내역, 비용 증빙 및 최종 정산</w:t>
            </w:r>
          </w:p>
        </w:tc>
      </w:tr>
    </w:tbl>
    <w:p w14:paraId="6C5AE66F" w14:textId="77777777" w:rsidR="0021445F" w:rsidRPr="0021445F" w:rsidRDefault="0021445F" w:rsidP="0021445F">
      <w:pPr>
        <w:spacing w:before="240" w:after="0"/>
        <w:rPr>
          <w:rFonts w:hint="eastAsia"/>
          <w:lang w:eastAsia="ko-KR"/>
        </w:rPr>
      </w:pPr>
    </w:p>
    <w:p w14:paraId="371E593F" w14:textId="28F694AC" w:rsidR="00A820D9" w:rsidRPr="00A820D9" w:rsidRDefault="00A820D9" w:rsidP="00A820D9">
      <w:pPr>
        <w:pStyle w:val="a9"/>
        <w:numPr>
          <w:ilvl w:val="0"/>
          <w:numId w:val="17"/>
        </w:numPr>
        <w:spacing w:before="240" w:after="0"/>
        <w:rPr>
          <w:b/>
          <w:color w:val="000000" w:themeColor="text1"/>
          <w:sz w:val="26"/>
          <w:lang w:eastAsia="ko-KR"/>
        </w:rPr>
      </w:pPr>
      <w:r w:rsidRPr="00A820D9">
        <w:rPr>
          <w:rFonts w:hint="eastAsia"/>
          <w:b/>
          <w:color w:val="000000" w:themeColor="text1"/>
          <w:sz w:val="26"/>
          <w:lang w:eastAsia="ko-KR"/>
        </w:rPr>
        <w:t>업무협조 및 계약 불이행에 대한 제재</w:t>
      </w:r>
    </w:p>
    <w:p w14:paraId="225283EE" w14:textId="77777777" w:rsidR="00A820D9" w:rsidRPr="00A820D9" w:rsidRDefault="00A820D9" w:rsidP="00F43AB3">
      <w:pPr>
        <w:pStyle w:val="a9"/>
        <w:numPr>
          <w:ilvl w:val="0"/>
          <w:numId w:val="36"/>
        </w:numPr>
        <w:spacing w:after="0"/>
        <w:rPr>
          <w:rFonts w:cs="굴림"/>
          <w:color w:val="000000"/>
          <w:sz w:val="20"/>
          <w:szCs w:val="20"/>
          <w:lang w:eastAsia="ko-KR"/>
        </w:rPr>
      </w:pPr>
      <w:r w:rsidRPr="00A820D9">
        <w:rPr>
          <w:rFonts w:cs="굴림" w:hint="eastAsia"/>
          <w:color w:val="000000"/>
          <w:sz w:val="20"/>
          <w:szCs w:val="20"/>
          <w:lang w:eastAsia="ko-KR"/>
        </w:rPr>
        <w:t xml:space="preserve">계약상대자는 출국 준비부터 </w:t>
      </w:r>
      <w:proofErr w:type="spellStart"/>
      <w:r w:rsidRPr="00A820D9">
        <w:rPr>
          <w:rFonts w:cs="굴림" w:hint="eastAsia"/>
          <w:color w:val="000000"/>
          <w:sz w:val="20"/>
          <w:szCs w:val="20"/>
          <w:lang w:eastAsia="ko-KR"/>
        </w:rPr>
        <w:t>귀국·정산</w:t>
      </w:r>
      <w:proofErr w:type="spellEnd"/>
      <w:r w:rsidRPr="00A820D9">
        <w:rPr>
          <w:rFonts w:cs="굴림" w:hint="eastAsia"/>
          <w:color w:val="000000"/>
          <w:sz w:val="20"/>
          <w:szCs w:val="20"/>
          <w:lang w:eastAsia="ko-KR"/>
        </w:rPr>
        <w:t xml:space="preserve"> 완료 시까지 구단의 정당한 업무요청에 성실히 협조하여야 합니다. 별도 기한이 없는 경우 </w:t>
      </w:r>
      <w:proofErr w:type="spellStart"/>
      <w:r w:rsidRPr="00A820D9">
        <w:rPr>
          <w:rFonts w:cs="굴림" w:hint="eastAsia"/>
          <w:color w:val="000000"/>
          <w:sz w:val="20"/>
          <w:szCs w:val="20"/>
          <w:lang w:eastAsia="ko-KR"/>
        </w:rPr>
        <w:t>안전·의료·이동·훈련·식사</w:t>
      </w:r>
      <w:proofErr w:type="spellEnd"/>
      <w:r w:rsidRPr="00A820D9">
        <w:rPr>
          <w:rFonts w:cs="굴림" w:hint="eastAsia"/>
          <w:color w:val="000000"/>
          <w:sz w:val="20"/>
          <w:szCs w:val="20"/>
          <w:lang w:eastAsia="ko-KR"/>
        </w:rPr>
        <w:t xml:space="preserve"> 관련 긴급요청은 접수 후 30분 이내에 응답하고 2시간 이내에 조치계획을 제출하며, 일반요청은 24시간 이내에 처리결과 또는 처리계획을 회신하여야 합니다. 이메일, 업무용 메신저 등 기록이 남는 방식의 요청과 회신을 기준으로 합니다.</w:t>
      </w:r>
    </w:p>
    <w:tbl>
      <w:tblPr>
        <w:tblW w:w="9431" w:type="dxa"/>
        <w:tblInd w:w="4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816"/>
        <w:gridCol w:w="4915"/>
        <w:gridCol w:w="2700"/>
      </w:tblGrid>
      <w:tr w:rsidR="00A820D9" w:rsidRPr="00A820D9" w14:paraId="0D346DA8" w14:textId="77777777" w:rsidTr="00F43AB3">
        <w:tc>
          <w:tcPr>
            <w:tcW w:w="1816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17365D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529C0439" w14:textId="77777777" w:rsidR="00A820D9" w:rsidRPr="00A820D9" w:rsidRDefault="00A820D9" w:rsidP="00A820D9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A820D9">
              <w:rPr>
                <w:rFonts w:hint="eastAsia"/>
                <w:b/>
                <w:color w:val="FFFFFF"/>
                <w:sz w:val="20"/>
                <w:szCs w:val="20"/>
              </w:rPr>
              <w:t>위반</w:t>
            </w:r>
            <w:proofErr w:type="spellEnd"/>
            <w:r w:rsidRPr="00A820D9">
              <w:rPr>
                <w:rFonts w:hint="eastAsia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820D9">
              <w:rPr>
                <w:rFonts w:hint="eastAsia"/>
                <w:b/>
                <w:color w:val="FFFFFF"/>
                <w:sz w:val="20"/>
                <w:szCs w:val="20"/>
              </w:rPr>
              <w:t>유형</w:t>
            </w:r>
            <w:proofErr w:type="spellEnd"/>
          </w:p>
        </w:tc>
        <w:tc>
          <w:tcPr>
            <w:tcW w:w="4915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17365D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465AD27A" w14:textId="77777777" w:rsidR="00A820D9" w:rsidRPr="00A820D9" w:rsidRDefault="00A820D9" w:rsidP="00A820D9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A820D9">
              <w:rPr>
                <w:rFonts w:hint="eastAsia"/>
                <w:b/>
                <w:color w:val="FFFFFF"/>
                <w:sz w:val="20"/>
                <w:szCs w:val="20"/>
              </w:rPr>
              <w:t>구체적</w:t>
            </w:r>
            <w:proofErr w:type="spellEnd"/>
            <w:r w:rsidRPr="00A820D9">
              <w:rPr>
                <w:rFonts w:hint="eastAsia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820D9">
              <w:rPr>
                <w:rFonts w:hint="eastAsia"/>
                <w:b/>
                <w:color w:val="FFFFFF"/>
                <w:sz w:val="20"/>
                <w:szCs w:val="20"/>
              </w:rPr>
              <w:t>기준</w:t>
            </w:r>
            <w:proofErr w:type="spellEnd"/>
          </w:p>
        </w:tc>
        <w:tc>
          <w:tcPr>
            <w:tcW w:w="2700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17365D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25496F02" w14:textId="77777777" w:rsidR="00A820D9" w:rsidRPr="00A820D9" w:rsidRDefault="00A820D9" w:rsidP="00A820D9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A820D9">
              <w:rPr>
                <w:rFonts w:hint="eastAsia"/>
                <w:b/>
                <w:color w:val="FFFFFF"/>
                <w:sz w:val="20"/>
                <w:szCs w:val="20"/>
              </w:rPr>
              <w:t>제재</w:t>
            </w:r>
            <w:proofErr w:type="spellEnd"/>
            <w:r w:rsidRPr="00A820D9">
              <w:rPr>
                <w:rFonts w:hint="eastAsia"/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A820D9">
              <w:rPr>
                <w:rFonts w:hint="eastAsia"/>
                <w:b/>
                <w:color w:val="FFFFFF"/>
                <w:sz w:val="20"/>
                <w:szCs w:val="20"/>
              </w:rPr>
              <w:t>기준</w:t>
            </w:r>
            <w:proofErr w:type="spellEnd"/>
          </w:p>
        </w:tc>
      </w:tr>
      <w:tr w:rsidR="00A820D9" w:rsidRPr="00A820D9" w14:paraId="79CF217A" w14:textId="77777777" w:rsidTr="00F43AB3">
        <w:tc>
          <w:tcPr>
            <w:tcW w:w="1816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2F5F75E9" w14:textId="77777777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일반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협조의무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불이행</w:t>
            </w:r>
            <w:proofErr w:type="spellEnd"/>
          </w:p>
        </w:tc>
        <w:tc>
          <w:tcPr>
            <w:tcW w:w="4915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52547EA0" w14:textId="77777777" w:rsidR="00F43AB3" w:rsidRPr="00FB23F5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정당한 사유 없이 요청에 응답하지 않거나 </w:t>
            </w:r>
          </w:p>
          <w:p w14:paraId="7C3B481A" w14:textId="7713EC13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시정요구 기한 내 조치하지 않은 경우</w:t>
            </w:r>
          </w:p>
        </w:tc>
        <w:tc>
          <w:tcPr>
            <w:tcW w:w="2700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094A1332" w14:textId="77777777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최초 서면경고,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동일·유사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위반 재발 시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건별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계약금액의 0.1% 감액</w:t>
            </w:r>
          </w:p>
        </w:tc>
      </w:tr>
      <w:tr w:rsidR="00A820D9" w:rsidRPr="00A820D9" w14:paraId="39F4AE21" w14:textId="77777777" w:rsidTr="00F43AB3">
        <w:tc>
          <w:tcPr>
            <w:tcW w:w="1816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AFBFC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21005584" w14:textId="77777777" w:rsidR="00F43AB3" w:rsidRPr="00FB23F5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보고·자료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 xml:space="preserve"> </w:t>
            </w:r>
          </w:p>
          <w:p w14:paraId="1A444DFE" w14:textId="6D34E349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제출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지연</w:t>
            </w:r>
            <w:proofErr w:type="spellEnd"/>
          </w:p>
        </w:tc>
        <w:tc>
          <w:tcPr>
            <w:tcW w:w="4915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AFBFC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4970C8BD" w14:textId="77777777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착수·중간·최종계획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, 예약확인자료, 일일보고 또는 정산자료를 정해진 기한 내 제출하지 않은 경우</w:t>
            </w:r>
          </w:p>
        </w:tc>
        <w:tc>
          <w:tcPr>
            <w:tcW w:w="2700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AFBFC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06D1CEBC" w14:textId="77777777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건별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계약금액의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 xml:space="preserve"> 0.2%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감액</w:t>
            </w:r>
            <w:proofErr w:type="spellEnd"/>
          </w:p>
        </w:tc>
      </w:tr>
      <w:tr w:rsidR="00A820D9" w:rsidRPr="00A820D9" w14:paraId="6DEC6F94" w14:textId="77777777" w:rsidTr="00F43AB3">
        <w:tc>
          <w:tcPr>
            <w:tcW w:w="1816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7AC90BCA" w14:textId="77777777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무단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변경·인력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미배치</w:t>
            </w:r>
            <w:proofErr w:type="spellEnd"/>
          </w:p>
        </w:tc>
        <w:tc>
          <w:tcPr>
            <w:tcW w:w="4915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0DD6427E" w14:textId="77777777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구단 승인 없이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숙소·훈련장·차량·식단·항공일정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등을 변경하거나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총괄·상주인력을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배치하지 않은 경우</w:t>
            </w:r>
          </w:p>
        </w:tc>
        <w:tc>
          <w:tcPr>
            <w:tcW w:w="2700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FFFFF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6FC183DC" w14:textId="77777777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건별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계약금액의 0.5% 감액 및 동등 이상 대체조치</w:t>
            </w:r>
          </w:p>
        </w:tc>
      </w:tr>
      <w:tr w:rsidR="00A820D9" w:rsidRPr="00A820D9" w14:paraId="0E67E3C6" w14:textId="77777777" w:rsidTr="00F43AB3">
        <w:tc>
          <w:tcPr>
            <w:tcW w:w="1816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AFBFC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79817935" w14:textId="77777777" w:rsidR="00F43AB3" w:rsidRPr="00FB23F5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핵심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서비스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 xml:space="preserve"> </w:t>
            </w:r>
          </w:p>
          <w:p w14:paraId="228166E5" w14:textId="38D5B4AF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</w:rPr>
              <w:t>미제공</w:t>
            </w:r>
            <w:proofErr w:type="spellEnd"/>
          </w:p>
        </w:tc>
        <w:tc>
          <w:tcPr>
            <w:tcW w:w="4915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AFBFC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0AC814E1" w14:textId="77777777" w:rsidR="00F43AB3" w:rsidRPr="00FB23F5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업체 귀책으로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숙박·훈련장·차량·식사·연습경기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등 확정 서비스를 제공하지 못하거나 </w:t>
            </w:r>
          </w:p>
          <w:p w14:paraId="595528D8" w14:textId="5DE08E83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긴급상황에 대응하지 않은 경우</w:t>
            </w:r>
          </w:p>
        </w:tc>
        <w:tc>
          <w:tcPr>
            <w:tcW w:w="2700" w:type="dxa"/>
            <w:tcBorders>
              <w:top w:val="single" w:sz="6" w:space="0" w:color="B7C2CE"/>
              <w:left w:val="single" w:sz="6" w:space="0" w:color="B7C2CE"/>
              <w:bottom w:val="single" w:sz="6" w:space="0" w:color="B7C2CE"/>
              <w:right w:val="single" w:sz="6" w:space="0" w:color="B7C2CE"/>
            </w:tcBorders>
            <w:shd w:val="clear" w:color="auto" w:fill="FAFBFC"/>
            <w:tcMar>
              <w:top w:w="90" w:type="dxa"/>
              <w:left w:w="0" w:type="dxa"/>
              <w:bottom w:w="90" w:type="dxa"/>
              <w:right w:w="0" w:type="dxa"/>
            </w:tcMar>
            <w:vAlign w:val="center"/>
            <w:hideMark/>
          </w:tcPr>
          <w:p w14:paraId="330CD583" w14:textId="77777777" w:rsidR="00A820D9" w:rsidRPr="00A820D9" w:rsidRDefault="00A820D9" w:rsidP="00F43AB3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건별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계약금액의 1.0% 감액 및 </w:t>
            </w:r>
            <w:proofErr w:type="spellStart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대체서비스·추가비용</w:t>
            </w:r>
            <w:proofErr w:type="spellEnd"/>
            <w:r w:rsidRPr="00A820D9"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 xml:space="preserve"> 부담</w:t>
            </w:r>
          </w:p>
        </w:tc>
      </w:tr>
    </w:tbl>
    <w:p w14:paraId="4299ECF6" w14:textId="77777777" w:rsidR="00A820D9" w:rsidRPr="00A820D9" w:rsidRDefault="00A820D9" w:rsidP="00F43AB3">
      <w:pPr>
        <w:pStyle w:val="a9"/>
        <w:numPr>
          <w:ilvl w:val="0"/>
          <w:numId w:val="36"/>
        </w:numPr>
        <w:rPr>
          <w:rFonts w:cs="굴림"/>
          <w:color w:val="000000"/>
          <w:sz w:val="20"/>
          <w:szCs w:val="20"/>
          <w:lang w:eastAsia="ko-KR"/>
        </w:rPr>
      </w:pPr>
      <w:r w:rsidRPr="00A820D9">
        <w:rPr>
          <w:rFonts w:cs="굴림" w:hint="eastAsia"/>
          <w:color w:val="000000"/>
          <w:sz w:val="20"/>
          <w:szCs w:val="20"/>
          <w:lang w:eastAsia="ko-KR"/>
        </w:rPr>
        <w:t>제재금의 누적한도는 계약금액의 10퍼센트로 합니다. 누적 제재금이 계약금액의 10퍼센트에 도달하거나 핵심 서비스 미제공이 반복되어 계약목적 달성이 어렵다고 판단되는 경우 구단은 계약을 해지하고 계약보증금 처리 등 후속조치를 할 수 있습니다.</w:t>
      </w:r>
    </w:p>
    <w:p w14:paraId="7908146A" w14:textId="4222A8D0" w:rsidR="00F43AB3" w:rsidRPr="00FB23F5" w:rsidRDefault="00A820D9" w:rsidP="00F43AB3">
      <w:pPr>
        <w:pStyle w:val="a9"/>
        <w:numPr>
          <w:ilvl w:val="0"/>
          <w:numId w:val="13"/>
        </w:numPr>
        <w:rPr>
          <w:rFonts w:cs="굴림"/>
          <w:color w:val="000000"/>
          <w:sz w:val="20"/>
          <w:szCs w:val="20"/>
          <w:lang w:eastAsia="ko-KR"/>
        </w:rPr>
      </w:pPr>
      <w:r w:rsidRPr="00A820D9">
        <w:rPr>
          <w:rFonts w:cs="굴림" w:hint="eastAsia"/>
          <w:color w:val="000000"/>
          <w:sz w:val="20"/>
          <w:szCs w:val="20"/>
          <w:lang w:eastAsia="ko-KR"/>
        </w:rPr>
        <w:t>제재 전 계약상대자에게 위반사실을 서면 통지하고 소명 및 시정기회를 부여합니다. 다만 선수단의 안전 또는 일정에 중대한 영향이 예상되는 긴급상황에서는 구단이 우선 대체조치를 실시할 수 있습니다. 불가항력 또는 구단 귀책으로 발생한 사항은 제재 대상에서 제외하며, 제재금과 동일한 손해를 중복하여 청구하지 않습니다.</w:t>
      </w:r>
    </w:p>
    <w:p w14:paraId="7785AEFA" w14:textId="7AD68B25" w:rsidR="00F43AB3" w:rsidRDefault="00F43AB3" w:rsidP="007F098B">
      <w:pPr>
        <w:pStyle w:val="a9"/>
        <w:spacing w:before="240" w:after="0"/>
        <w:ind w:left="360"/>
        <w:rPr>
          <w:b/>
          <w:color w:val="000000" w:themeColor="text1"/>
          <w:sz w:val="20"/>
          <w:szCs w:val="20"/>
          <w:lang w:eastAsia="ko-KR"/>
        </w:rPr>
      </w:pPr>
    </w:p>
    <w:p w14:paraId="3DC8090A" w14:textId="11E1309B" w:rsidR="00FB23F5" w:rsidRDefault="00FB23F5" w:rsidP="007F098B">
      <w:pPr>
        <w:pStyle w:val="a9"/>
        <w:spacing w:before="240" w:after="0"/>
        <w:ind w:left="360"/>
        <w:rPr>
          <w:b/>
          <w:color w:val="000000" w:themeColor="text1"/>
          <w:sz w:val="20"/>
          <w:szCs w:val="20"/>
          <w:lang w:eastAsia="ko-KR"/>
        </w:rPr>
      </w:pPr>
    </w:p>
    <w:p w14:paraId="071254A6" w14:textId="77777777" w:rsidR="00B6617A" w:rsidRPr="00A820D9" w:rsidRDefault="00B6617A" w:rsidP="007F098B">
      <w:pPr>
        <w:pStyle w:val="a9"/>
        <w:spacing w:before="240" w:after="0"/>
        <w:ind w:left="360"/>
        <w:rPr>
          <w:rFonts w:hint="eastAsia"/>
          <w:b/>
          <w:color w:val="000000" w:themeColor="text1"/>
          <w:sz w:val="20"/>
          <w:szCs w:val="20"/>
          <w:lang w:eastAsia="ko-KR"/>
        </w:rPr>
      </w:pPr>
    </w:p>
    <w:p w14:paraId="1571B9C0" w14:textId="3D7CD3EC" w:rsidR="001D0660" w:rsidRPr="007F098B" w:rsidRDefault="001B52BD" w:rsidP="007F098B">
      <w:pPr>
        <w:pStyle w:val="a9"/>
        <w:numPr>
          <w:ilvl w:val="0"/>
          <w:numId w:val="17"/>
        </w:numPr>
        <w:spacing w:before="240" w:after="0"/>
        <w:rPr>
          <w:b/>
          <w:color w:val="000000" w:themeColor="text1"/>
          <w:sz w:val="26"/>
          <w:lang w:eastAsia="ko-KR"/>
        </w:rPr>
      </w:pPr>
      <w:r w:rsidRPr="007F098B">
        <w:rPr>
          <w:b/>
          <w:color w:val="000000" w:themeColor="text1"/>
          <w:sz w:val="26"/>
          <w:lang w:eastAsia="ko-KR"/>
        </w:rPr>
        <w:lastRenderedPageBreak/>
        <w:t>제안요청서 및 평가기준</w:t>
      </w:r>
    </w:p>
    <w:p w14:paraId="46EFA83B" w14:textId="77777777" w:rsidR="001D0660" w:rsidRPr="007F098B" w:rsidRDefault="001B52BD" w:rsidP="007F098B">
      <w:pPr>
        <w:pStyle w:val="a9"/>
        <w:numPr>
          <w:ilvl w:val="0"/>
          <w:numId w:val="21"/>
        </w:numPr>
        <w:spacing w:before="240"/>
        <w:rPr>
          <w:b/>
          <w:color w:val="000000" w:themeColor="text1"/>
          <w:sz w:val="23"/>
          <w:lang w:eastAsia="ko-KR"/>
        </w:rPr>
      </w:pPr>
      <w:r w:rsidRPr="007F098B">
        <w:rPr>
          <w:b/>
          <w:color w:val="000000" w:themeColor="text1"/>
          <w:sz w:val="23"/>
          <w:lang w:eastAsia="ko-KR"/>
        </w:rPr>
        <w:t>제안서 작성방향</w:t>
      </w:r>
    </w:p>
    <w:p w14:paraId="1B412532" w14:textId="77777777" w:rsidR="007F098B" w:rsidRPr="007F098B" w:rsidRDefault="001B52BD" w:rsidP="00FC01B1">
      <w:pPr>
        <w:pStyle w:val="a9"/>
        <w:numPr>
          <w:ilvl w:val="0"/>
          <w:numId w:val="31"/>
        </w:numPr>
        <w:rPr>
          <w:lang w:eastAsia="ko-KR"/>
        </w:rPr>
      </w:pPr>
      <w:r w:rsidRPr="007F098B">
        <w:rPr>
          <w:color w:val="000000"/>
          <w:sz w:val="20"/>
          <w:lang w:eastAsia="ko-KR"/>
        </w:rPr>
        <w:t>제안내용은 실제 제공 가능한 시설·일정·인력과 객관적 증빙을 중심으로 구체적으로 작성합니다.</w:t>
      </w:r>
    </w:p>
    <w:p w14:paraId="66A00872" w14:textId="77777777" w:rsidR="007F098B" w:rsidRPr="007F098B" w:rsidRDefault="001B52BD" w:rsidP="00FC01B1">
      <w:pPr>
        <w:pStyle w:val="a9"/>
        <w:numPr>
          <w:ilvl w:val="0"/>
          <w:numId w:val="31"/>
        </w:numPr>
        <w:rPr>
          <w:lang w:eastAsia="ko-KR"/>
        </w:rPr>
      </w:pPr>
      <w:r w:rsidRPr="007F098B">
        <w:rPr>
          <w:color w:val="000000"/>
          <w:sz w:val="20"/>
          <w:lang w:eastAsia="ko-KR"/>
        </w:rPr>
        <w:t>확정되지 않은 시설 또는 서비스는 예정·협의 중임을 명확히 표시하고 확정 가능 시점을 제시합니다.</w:t>
      </w:r>
    </w:p>
    <w:p w14:paraId="27DBC9AC" w14:textId="77777777" w:rsidR="007F098B" w:rsidRPr="007F098B" w:rsidRDefault="001B52BD" w:rsidP="00FC01B1">
      <w:pPr>
        <w:pStyle w:val="a9"/>
        <w:numPr>
          <w:ilvl w:val="0"/>
          <w:numId w:val="31"/>
        </w:numPr>
        <w:rPr>
          <w:lang w:eastAsia="ko-KR"/>
        </w:rPr>
      </w:pPr>
      <w:r w:rsidRPr="007F098B">
        <w:rPr>
          <w:color w:val="000000"/>
          <w:sz w:val="20"/>
          <w:lang w:eastAsia="ko-KR"/>
        </w:rPr>
        <w:t>구단의 필수 요구사항에 대한 수용 여부를 항목별로 명시합니다.</w:t>
      </w:r>
    </w:p>
    <w:p w14:paraId="49B208FC" w14:textId="77777777" w:rsidR="007F098B" w:rsidRPr="007F098B" w:rsidRDefault="001B52BD" w:rsidP="00FC01B1">
      <w:pPr>
        <w:pStyle w:val="a9"/>
        <w:numPr>
          <w:ilvl w:val="0"/>
          <w:numId w:val="31"/>
        </w:numPr>
        <w:rPr>
          <w:lang w:eastAsia="ko-KR"/>
        </w:rPr>
      </w:pPr>
      <w:r w:rsidRPr="007F098B">
        <w:rPr>
          <w:color w:val="000000"/>
          <w:sz w:val="20"/>
          <w:lang w:eastAsia="ko-KR"/>
        </w:rPr>
        <w:t>제안가격은 총액과 세부 항목별 산출근거를 함께 제시하며 부가가치세와 제반비용을 포함합니다.</w:t>
      </w:r>
    </w:p>
    <w:p w14:paraId="00F05A14" w14:textId="6D1E97CA" w:rsidR="001D0660" w:rsidRPr="00704766" w:rsidRDefault="001B52BD" w:rsidP="00FC01B1">
      <w:pPr>
        <w:pStyle w:val="a9"/>
        <w:numPr>
          <w:ilvl w:val="0"/>
          <w:numId w:val="31"/>
        </w:numPr>
        <w:rPr>
          <w:lang w:eastAsia="ko-KR"/>
        </w:rPr>
      </w:pPr>
      <w:r w:rsidRPr="007F098B">
        <w:rPr>
          <w:color w:val="000000"/>
          <w:sz w:val="20"/>
          <w:lang w:eastAsia="ko-KR"/>
        </w:rPr>
        <w:t>제안서 분량은 표지와 증빙을 제외하고 50쪽 이내를 권장합니다.</w:t>
      </w:r>
    </w:p>
    <w:p w14:paraId="1FBC6FC2" w14:textId="77777777" w:rsidR="001D0660" w:rsidRPr="007F098B" w:rsidRDefault="001B52BD" w:rsidP="007F098B">
      <w:pPr>
        <w:pStyle w:val="a9"/>
        <w:numPr>
          <w:ilvl w:val="0"/>
          <w:numId w:val="21"/>
        </w:numPr>
        <w:spacing w:before="240" w:after="0"/>
        <w:rPr>
          <w:b/>
          <w:color w:val="000000" w:themeColor="text1"/>
          <w:sz w:val="23"/>
          <w:lang w:eastAsia="ko-KR"/>
        </w:rPr>
      </w:pPr>
      <w:r w:rsidRPr="007F098B">
        <w:rPr>
          <w:b/>
          <w:color w:val="000000" w:themeColor="text1"/>
          <w:sz w:val="23"/>
          <w:lang w:eastAsia="ko-KR"/>
        </w:rPr>
        <w:t>권장 제안서 목차</w:t>
      </w: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450"/>
        <w:gridCol w:w="6715"/>
      </w:tblGrid>
      <w:tr w:rsidR="001D0660" w:rsidRPr="00704766" w14:paraId="09FF2947" w14:textId="77777777">
        <w:trPr>
          <w:cantSplit/>
          <w:tblHeader/>
        </w:trPr>
        <w:tc>
          <w:tcPr>
            <w:tcW w:w="7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B182BB0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번호</w:t>
            </w:r>
            <w:proofErr w:type="spellEnd"/>
          </w:p>
        </w:tc>
        <w:tc>
          <w:tcPr>
            <w:tcW w:w="245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950C57C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항목</w:t>
            </w:r>
            <w:proofErr w:type="spellEnd"/>
          </w:p>
        </w:tc>
        <w:tc>
          <w:tcPr>
            <w:tcW w:w="671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AB4ED43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주요내용</w:t>
            </w:r>
            <w:proofErr w:type="spellEnd"/>
          </w:p>
        </w:tc>
      </w:tr>
      <w:tr w:rsidR="001D0660" w:rsidRPr="00704766" w14:paraId="6C83C401" w14:textId="77777777">
        <w:trPr>
          <w:cantSplit/>
        </w:trPr>
        <w:tc>
          <w:tcPr>
            <w:tcW w:w="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CDF4350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C262895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제안개요</w:t>
            </w:r>
            <w:proofErr w:type="spellEnd"/>
          </w:p>
        </w:tc>
        <w:tc>
          <w:tcPr>
            <w:tcW w:w="6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5758F75" w14:textId="77777777" w:rsidR="001D0660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사업 이해도, 제안 특징, 핵심 운영전략</w:t>
            </w:r>
          </w:p>
          <w:p w14:paraId="1EEFB1C6" w14:textId="2941DBC6" w:rsidR="00683867" w:rsidRPr="00683867" w:rsidRDefault="00683867" w:rsidP="00683867">
            <w:pPr>
              <w:pStyle w:val="a9"/>
              <w:numPr>
                <w:ilvl w:val="0"/>
                <w:numId w:val="21"/>
              </w:numPr>
              <w:spacing w:after="0" w:line="240" w:lineRule="auto"/>
              <w:jc w:val="center"/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</w:pPr>
            <w:r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  <w:t>지역선정 사유 필수 기재</w:t>
            </w:r>
          </w:p>
        </w:tc>
      </w:tr>
      <w:tr w:rsidR="001D0660" w:rsidRPr="00704766" w14:paraId="496152BA" w14:textId="77777777">
        <w:trPr>
          <w:cantSplit/>
        </w:trPr>
        <w:tc>
          <w:tcPr>
            <w:tcW w:w="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6035AB8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4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9BBFE2B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업체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일반현황</w:t>
            </w:r>
            <w:proofErr w:type="spellEnd"/>
          </w:p>
        </w:tc>
        <w:tc>
          <w:tcPr>
            <w:tcW w:w="67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C12695F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조직, 재무·신용, 등록현황, 유사실적</w:t>
            </w:r>
          </w:p>
        </w:tc>
      </w:tr>
      <w:tr w:rsidR="001D0660" w:rsidRPr="00704766" w14:paraId="43DD744D" w14:textId="77777777">
        <w:trPr>
          <w:cantSplit/>
        </w:trPr>
        <w:tc>
          <w:tcPr>
            <w:tcW w:w="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5AF9505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4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BF4A66D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수행조직</w:t>
            </w:r>
            <w:proofErr w:type="spellEnd"/>
          </w:p>
        </w:tc>
        <w:tc>
          <w:tcPr>
            <w:tcW w:w="6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3A1739F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총괄책임자, 현지인력, 통역, 역할 및 연락체계</w:t>
            </w:r>
          </w:p>
        </w:tc>
      </w:tr>
      <w:tr w:rsidR="001D0660" w:rsidRPr="00704766" w14:paraId="4815C24A" w14:textId="77777777">
        <w:trPr>
          <w:cantSplit/>
        </w:trPr>
        <w:tc>
          <w:tcPr>
            <w:tcW w:w="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C14F407" w14:textId="4E220C2A" w:rsidR="001D0660" w:rsidRPr="007F098B" w:rsidRDefault="007F098B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4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AE26A8A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숙박·식음료</w:t>
            </w:r>
            <w:proofErr w:type="spellEnd"/>
          </w:p>
        </w:tc>
        <w:tc>
          <w:tcPr>
            <w:tcW w:w="6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B1DFA3C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숙소, 객실, 부대공간, 식단, 위생·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특이식</w:t>
            </w:r>
            <w:proofErr w:type="spellEnd"/>
          </w:p>
        </w:tc>
      </w:tr>
      <w:tr w:rsidR="001D0660" w:rsidRPr="00704766" w14:paraId="03D92A2D" w14:textId="77777777">
        <w:trPr>
          <w:cantSplit/>
        </w:trPr>
        <w:tc>
          <w:tcPr>
            <w:tcW w:w="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5CB5958" w14:textId="37F7EF4E" w:rsidR="001D0660" w:rsidRPr="007F098B" w:rsidRDefault="007F098B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4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52F2AE1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훈련시설</w:t>
            </w:r>
            <w:proofErr w:type="spellEnd"/>
          </w:p>
        </w:tc>
        <w:tc>
          <w:tcPr>
            <w:tcW w:w="67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D8CF67E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주·대체훈련장, 잔디, 사용시간, 부대시설</w:t>
            </w:r>
          </w:p>
        </w:tc>
      </w:tr>
      <w:tr w:rsidR="001D0660" w:rsidRPr="00704766" w14:paraId="10DA4F6D" w14:textId="77777777">
        <w:trPr>
          <w:cantSplit/>
        </w:trPr>
        <w:tc>
          <w:tcPr>
            <w:tcW w:w="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D33B120" w14:textId="672F86A7" w:rsidR="001D0660" w:rsidRPr="007F098B" w:rsidRDefault="007F098B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4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31EFBFC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현지교통·물류</w:t>
            </w:r>
            <w:proofErr w:type="spellEnd"/>
          </w:p>
        </w:tc>
        <w:tc>
          <w:tcPr>
            <w:tcW w:w="6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6B5A07A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버스, 장비차량, 긴급차량, 이동계획</w:t>
            </w:r>
          </w:p>
        </w:tc>
      </w:tr>
      <w:tr w:rsidR="001D0660" w:rsidRPr="00704766" w14:paraId="6E7BE7BB" w14:textId="77777777">
        <w:trPr>
          <w:cantSplit/>
        </w:trPr>
        <w:tc>
          <w:tcPr>
            <w:tcW w:w="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225D0AE" w14:textId="2F99B246" w:rsidR="001D0660" w:rsidRPr="007F098B" w:rsidRDefault="007F098B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4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FC37303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연습경기</w:t>
            </w:r>
            <w:proofErr w:type="spellEnd"/>
          </w:p>
        </w:tc>
        <w:tc>
          <w:tcPr>
            <w:tcW w:w="67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81FFEBA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상대팀 후보, 경기장, 심판 및 경기운영</w:t>
            </w:r>
          </w:p>
        </w:tc>
      </w:tr>
      <w:tr w:rsidR="001D0660" w:rsidRPr="00704766" w14:paraId="5EF60D99" w14:textId="77777777">
        <w:trPr>
          <w:cantSplit/>
        </w:trPr>
        <w:tc>
          <w:tcPr>
            <w:tcW w:w="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275D9AF" w14:textId="0D426062" w:rsidR="001D0660" w:rsidRPr="007F098B" w:rsidRDefault="007F098B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4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E2CE605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안전·비상대응</w:t>
            </w:r>
            <w:proofErr w:type="spellEnd"/>
          </w:p>
        </w:tc>
        <w:tc>
          <w:tcPr>
            <w:tcW w:w="6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B810052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보험, 의료기관, 사고·기상·결항 대응</w:t>
            </w:r>
          </w:p>
        </w:tc>
      </w:tr>
      <w:tr w:rsidR="001D0660" w:rsidRPr="00704766" w14:paraId="6F85D5A7" w14:textId="77777777">
        <w:trPr>
          <w:cantSplit/>
        </w:trPr>
        <w:tc>
          <w:tcPr>
            <w:tcW w:w="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0748F2F" w14:textId="0F5EA02E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</w:t>
            </w:r>
            <w:r w:rsidR="007F098B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4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2A5C76E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일정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및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품질관리</w:t>
            </w:r>
            <w:proofErr w:type="spellEnd"/>
          </w:p>
        </w:tc>
        <w:tc>
          <w:tcPr>
            <w:tcW w:w="67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CE09A22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준비일정, 승인절차, 현장보고, 정산</w:t>
            </w:r>
          </w:p>
        </w:tc>
      </w:tr>
      <w:tr w:rsidR="001D0660" w:rsidRPr="00704766" w14:paraId="3C32FBFD" w14:textId="77777777">
        <w:trPr>
          <w:cantSplit/>
        </w:trPr>
        <w:tc>
          <w:tcPr>
            <w:tcW w:w="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C62568F" w14:textId="142D6170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</w:t>
            </w:r>
            <w:r w:rsidR="007F098B">
              <w:rPr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245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39FA58E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추가제안</w:t>
            </w:r>
            <w:proofErr w:type="spellEnd"/>
          </w:p>
        </w:tc>
        <w:tc>
          <w:tcPr>
            <w:tcW w:w="6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E9F314B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예산 범위 내 품질향상 서비스</w:t>
            </w:r>
          </w:p>
        </w:tc>
      </w:tr>
      <w:tr w:rsidR="001D0660" w:rsidRPr="00704766" w14:paraId="266A5DC7" w14:textId="77777777">
        <w:trPr>
          <w:cantSplit/>
        </w:trPr>
        <w:tc>
          <w:tcPr>
            <w:tcW w:w="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AF9E890" w14:textId="0B0AE1F8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</w:t>
            </w:r>
            <w:r w:rsidR="007F098B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5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05B9303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가격제안</w:t>
            </w:r>
            <w:proofErr w:type="spellEnd"/>
          </w:p>
        </w:tc>
        <w:tc>
          <w:tcPr>
            <w:tcW w:w="67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423A47E" w14:textId="77777777" w:rsidR="001D0660" w:rsidRPr="007F098B" w:rsidRDefault="001B52BD" w:rsidP="00683867">
            <w:pPr>
              <w:spacing w:after="0" w:line="240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총액, 세부 산출내역, 증감단가, 취소조건</w:t>
            </w:r>
          </w:p>
        </w:tc>
      </w:tr>
    </w:tbl>
    <w:p w14:paraId="4E129697" w14:textId="77777777" w:rsidR="007F098B" w:rsidRPr="007F098B" w:rsidRDefault="007F098B" w:rsidP="007F098B">
      <w:pPr>
        <w:spacing w:before="240" w:after="0"/>
        <w:rPr>
          <w:b/>
          <w:color w:val="000000" w:themeColor="text1"/>
          <w:sz w:val="20"/>
          <w:szCs w:val="20"/>
          <w:lang w:eastAsia="ko-KR"/>
        </w:rPr>
      </w:pPr>
    </w:p>
    <w:p w14:paraId="5D33257A" w14:textId="6790BDDD" w:rsidR="001D0660" w:rsidRPr="007F098B" w:rsidRDefault="001B52BD" w:rsidP="007F098B">
      <w:pPr>
        <w:pStyle w:val="a9"/>
        <w:numPr>
          <w:ilvl w:val="0"/>
          <w:numId w:val="17"/>
        </w:numPr>
        <w:spacing w:after="0"/>
        <w:rPr>
          <w:b/>
          <w:color w:val="000000" w:themeColor="text1"/>
          <w:sz w:val="26"/>
          <w:lang w:eastAsia="ko-KR"/>
        </w:rPr>
      </w:pPr>
      <w:r w:rsidRPr="007F098B">
        <w:rPr>
          <w:b/>
          <w:color w:val="000000" w:themeColor="text1"/>
          <w:sz w:val="26"/>
          <w:lang w:eastAsia="ko-KR"/>
        </w:rPr>
        <w:t>평가 구성</w:t>
      </w: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2600"/>
        <w:gridCol w:w="5265"/>
        <w:gridCol w:w="2000"/>
      </w:tblGrid>
      <w:tr w:rsidR="001D0660" w:rsidRPr="00704766" w14:paraId="23C73BC6" w14:textId="77777777">
        <w:trPr>
          <w:cantSplit/>
          <w:tblHeader/>
        </w:trPr>
        <w:tc>
          <w:tcPr>
            <w:tcW w:w="26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E31A7FE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평가구분</w:t>
            </w:r>
            <w:proofErr w:type="spellEnd"/>
          </w:p>
        </w:tc>
        <w:tc>
          <w:tcPr>
            <w:tcW w:w="526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206799E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평가방법</w:t>
            </w:r>
            <w:proofErr w:type="spellEnd"/>
          </w:p>
        </w:tc>
        <w:tc>
          <w:tcPr>
            <w:tcW w:w="20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D745AAB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배점</w:t>
            </w:r>
            <w:proofErr w:type="spellEnd"/>
          </w:p>
        </w:tc>
      </w:tr>
      <w:tr w:rsidR="001D0660" w:rsidRPr="00704766" w14:paraId="7F894FDE" w14:textId="77777777">
        <w:trPr>
          <w:cantSplit/>
        </w:trPr>
        <w:tc>
          <w:tcPr>
            <w:tcW w:w="26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D4CD2E7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정량적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기술평가</w:t>
            </w:r>
            <w:proofErr w:type="spellEnd"/>
          </w:p>
        </w:tc>
        <w:tc>
          <w:tcPr>
            <w:tcW w:w="52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743B5B1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제출서류와 객관적 증빙에 따른 평가</w:t>
            </w:r>
          </w:p>
        </w:tc>
        <w:tc>
          <w:tcPr>
            <w:tcW w:w="20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B9E35F7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10점</w:t>
            </w:r>
          </w:p>
        </w:tc>
      </w:tr>
      <w:tr w:rsidR="001D0660" w:rsidRPr="00704766" w14:paraId="30CF4CC9" w14:textId="77777777">
        <w:trPr>
          <w:cantSplit/>
        </w:trPr>
        <w:tc>
          <w:tcPr>
            <w:tcW w:w="26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1CA03B0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정성적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기술평가</w:t>
            </w:r>
            <w:proofErr w:type="spellEnd"/>
          </w:p>
        </w:tc>
        <w:tc>
          <w:tcPr>
            <w:tcW w:w="52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DFC6382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제안서 및 발표·질의응답에 대한 평가위원 평가</w:t>
            </w:r>
          </w:p>
        </w:tc>
        <w:tc>
          <w:tcPr>
            <w:tcW w:w="20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68253A2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70점</w:t>
            </w:r>
          </w:p>
        </w:tc>
      </w:tr>
      <w:tr w:rsidR="001D0660" w:rsidRPr="00704766" w14:paraId="08BF424C" w14:textId="77777777">
        <w:trPr>
          <w:cantSplit/>
        </w:trPr>
        <w:tc>
          <w:tcPr>
            <w:tcW w:w="26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BC19A2E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가격평가</w:t>
            </w:r>
            <w:proofErr w:type="spellEnd"/>
          </w:p>
        </w:tc>
        <w:tc>
          <w:tcPr>
            <w:tcW w:w="52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D44A469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유효한 가격제안에 대한 산식 평가</w:t>
            </w:r>
          </w:p>
        </w:tc>
        <w:tc>
          <w:tcPr>
            <w:tcW w:w="20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D6437D8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20점</w:t>
            </w:r>
          </w:p>
        </w:tc>
      </w:tr>
      <w:tr w:rsidR="007F098B" w:rsidRPr="00704766" w14:paraId="5C668D32" w14:textId="77777777" w:rsidTr="00E94DFE">
        <w:trPr>
          <w:cantSplit/>
        </w:trPr>
        <w:tc>
          <w:tcPr>
            <w:tcW w:w="7865" w:type="dxa"/>
            <w:gridSpan w:val="2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6CBC2E7" w14:textId="5211FA3C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합계</w:t>
            </w:r>
            <w:proofErr w:type="spellEnd"/>
          </w:p>
        </w:tc>
        <w:tc>
          <w:tcPr>
            <w:tcW w:w="20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2010696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100점</w:t>
            </w:r>
          </w:p>
        </w:tc>
      </w:tr>
    </w:tbl>
    <w:p w14:paraId="6CD69CC1" w14:textId="77777777" w:rsidR="001D0660" w:rsidRPr="007F098B" w:rsidRDefault="001B52BD" w:rsidP="007F098B">
      <w:pPr>
        <w:pStyle w:val="a9"/>
        <w:numPr>
          <w:ilvl w:val="0"/>
          <w:numId w:val="21"/>
        </w:numPr>
        <w:spacing w:before="240" w:after="0"/>
        <w:rPr>
          <w:b/>
          <w:color w:val="000000" w:themeColor="text1"/>
          <w:sz w:val="23"/>
          <w:lang w:eastAsia="ko-KR"/>
        </w:rPr>
      </w:pPr>
      <w:r w:rsidRPr="007F098B">
        <w:rPr>
          <w:b/>
          <w:color w:val="000000" w:themeColor="text1"/>
          <w:sz w:val="23"/>
          <w:lang w:eastAsia="ko-KR"/>
        </w:rPr>
        <w:lastRenderedPageBreak/>
        <w:t>정량적 기술평가표</w:t>
      </w:r>
    </w:p>
    <w:tbl>
      <w:tblPr>
        <w:tblW w:w="9014" w:type="dxa"/>
        <w:tblInd w:w="971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1749"/>
        <w:gridCol w:w="5265"/>
        <w:gridCol w:w="2000"/>
      </w:tblGrid>
      <w:tr w:rsidR="001D0660" w:rsidRPr="00704766" w14:paraId="12EB2139" w14:textId="77777777" w:rsidTr="007F098B">
        <w:trPr>
          <w:cantSplit/>
          <w:tblHeader/>
        </w:trPr>
        <w:tc>
          <w:tcPr>
            <w:tcW w:w="1749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0489CAA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평가항목</w:t>
            </w:r>
            <w:proofErr w:type="spellEnd"/>
          </w:p>
        </w:tc>
        <w:tc>
          <w:tcPr>
            <w:tcW w:w="526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CAEE5AB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평가기준</w:t>
            </w:r>
            <w:proofErr w:type="spellEnd"/>
          </w:p>
        </w:tc>
        <w:tc>
          <w:tcPr>
            <w:tcW w:w="20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CADCF00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배점</w:t>
            </w:r>
            <w:proofErr w:type="spellEnd"/>
          </w:p>
        </w:tc>
      </w:tr>
      <w:tr w:rsidR="001D0660" w:rsidRPr="00704766" w14:paraId="5DA91F97" w14:textId="77777777" w:rsidTr="006A4E2C">
        <w:trPr>
          <w:cantSplit/>
        </w:trPr>
        <w:tc>
          <w:tcPr>
            <w:tcW w:w="174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1664299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유사사업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수행실적</w:t>
            </w:r>
            <w:proofErr w:type="spellEnd"/>
          </w:p>
        </w:tc>
        <w:tc>
          <w:tcPr>
            <w:tcW w:w="52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B15DEF2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최근 3년간 프로·실업·국가대표 등 스포츠팀 해외 전지훈련 운영 완료실적</w:t>
            </w:r>
          </w:p>
        </w:tc>
        <w:tc>
          <w:tcPr>
            <w:tcW w:w="20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116AAF5" w14:textId="77777777" w:rsidR="001D0660" w:rsidRPr="007F098B" w:rsidRDefault="001B52BD" w:rsidP="006A4E2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1D0660" w:rsidRPr="00704766" w14:paraId="713BB1EB" w14:textId="77777777" w:rsidTr="006A4E2C">
        <w:trPr>
          <w:cantSplit/>
        </w:trPr>
        <w:tc>
          <w:tcPr>
            <w:tcW w:w="1749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C2DD29A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경영상태·신용도</w:t>
            </w:r>
            <w:proofErr w:type="spellEnd"/>
          </w:p>
        </w:tc>
        <w:tc>
          <w:tcPr>
            <w:tcW w:w="52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4F52EB8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공인 신용평가기관이 발급한 유효한 기업신용평가등급</w:t>
            </w:r>
          </w:p>
        </w:tc>
        <w:tc>
          <w:tcPr>
            <w:tcW w:w="20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D0E1B58" w14:textId="77777777" w:rsidR="001D0660" w:rsidRPr="007F098B" w:rsidRDefault="001B52BD" w:rsidP="006A4E2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D0660" w:rsidRPr="00704766" w14:paraId="0DFD6214" w14:textId="77777777" w:rsidTr="006A4E2C">
        <w:trPr>
          <w:cantSplit/>
        </w:trPr>
        <w:tc>
          <w:tcPr>
            <w:tcW w:w="174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A2571FE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전담인력</w:t>
            </w:r>
            <w:proofErr w:type="spellEnd"/>
          </w:p>
        </w:tc>
        <w:tc>
          <w:tcPr>
            <w:tcW w:w="52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992ED39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총괄책임자, 현지 상주인력 및 통역 인력의 확보·경력</w:t>
            </w:r>
          </w:p>
        </w:tc>
        <w:tc>
          <w:tcPr>
            <w:tcW w:w="20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4A37648" w14:textId="77777777" w:rsidR="001D0660" w:rsidRPr="007F098B" w:rsidRDefault="001B52BD" w:rsidP="006A4E2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7F098B" w:rsidRPr="00704766" w14:paraId="2B52A5D7" w14:textId="77777777" w:rsidTr="007F098B">
        <w:trPr>
          <w:cantSplit/>
        </w:trPr>
        <w:tc>
          <w:tcPr>
            <w:tcW w:w="7014" w:type="dxa"/>
            <w:gridSpan w:val="2"/>
            <w:shd w:val="clear" w:color="auto" w:fill="DAEEF3" w:themeFill="accent5" w:themeFillTint="33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1EDABAA" w14:textId="2D607183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합계</w:t>
            </w:r>
            <w:proofErr w:type="spellEnd"/>
          </w:p>
        </w:tc>
        <w:tc>
          <w:tcPr>
            <w:tcW w:w="2000" w:type="dxa"/>
            <w:shd w:val="clear" w:color="auto" w:fill="DAEEF3" w:themeFill="accent5" w:themeFillTint="33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DF8734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</w:tbl>
    <w:p w14:paraId="4CB3FC21" w14:textId="77777777" w:rsidR="001D0660" w:rsidRPr="007F098B" w:rsidRDefault="001B52BD" w:rsidP="007F098B">
      <w:pPr>
        <w:pStyle w:val="a9"/>
        <w:numPr>
          <w:ilvl w:val="2"/>
          <w:numId w:val="21"/>
        </w:numPr>
        <w:spacing w:before="240" w:after="0"/>
        <w:rPr>
          <w:b/>
          <w:color w:val="000000" w:themeColor="text1"/>
          <w:sz w:val="23"/>
          <w:lang w:eastAsia="ko-KR"/>
        </w:rPr>
      </w:pPr>
      <w:r w:rsidRPr="007F098B">
        <w:rPr>
          <w:b/>
          <w:color w:val="000000" w:themeColor="text1"/>
          <w:sz w:val="23"/>
          <w:lang w:eastAsia="ko-KR"/>
        </w:rPr>
        <w:t>정량평가 세부기준</w:t>
      </w:r>
    </w:p>
    <w:tbl>
      <w:tblPr>
        <w:tblW w:w="8447" w:type="dxa"/>
        <w:tblInd w:w="1538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5188"/>
        <w:gridCol w:w="1700"/>
      </w:tblGrid>
      <w:tr w:rsidR="001D0660" w:rsidRPr="00704766" w14:paraId="6F220D1E" w14:textId="77777777" w:rsidTr="007F098B">
        <w:trPr>
          <w:cantSplit/>
          <w:tblHeader/>
        </w:trPr>
        <w:tc>
          <w:tcPr>
            <w:tcW w:w="1559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FDC677D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항목</w:t>
            </w:r>
            <w:proofErr w:type="spellEnd"/>
          </w:p>
        </w:tc>
        <w:tc>
          <w:tcPr>
            <w:tcW w:w="5188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57AF6A9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등급</w:t>
            </w:r>
            <w:proofErr w:type="spellEnd"/>
            <w:r w:rsidRPr="007F098B">
              <w:rPr>
                <w:b/>
                <w:color w:val="FFFFFF"/>
                <w:sz w:val="20"/>
                <w:szCs w:val="20"/>
              </w:rPr>
              <w:t xml:space="preserve"> 및 </w:t>
            </w: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기준</w:t>
            </w:r>
            <w:proofErr w:type="spellEnd"/>
          </w:p>
        </w:tc>
        <w:tc>
          <w:tcPr>
            <w:tcW w:w="17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955797A" w14:textId="77777777" w:rsidR="001D0660" w:rsidRPr="007F098B" w:rsidRDefault="001B52BD" w:rsidP="007F098B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7F098B">
              <w:rPr>
                <w:b/>
                <w:color w:val="FFFFFF"/>
                <w:sz w:val="20"/>
                <w:szCs w:val="20"/>
              </w:rPr>
              <w:t>점수</w:t>
            </w:r>
            <w:proofErr w:type="spellEnd"/>
          </w:p>
        </w:tc>
      </w:tr>
      <w:tr w:rsidR="007F098B" w:rsidRPr="00704766" w14:paraId="6BE9FAB9" w14:textId="77777777" w:rsidTr="00A266D0">
        <w:trPr>
          <w:cantSplit/>
          <w:trHeight w:val="20"/>
        </w:trPr>
        <w:tc>
          <w:tcPr>
            <w:tcW w:w="1559" w:type="dxa"/>
            <w:vMerge w:val="restart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5777098" w14:textId="77777777" w:rsid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유사사업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</w:p>
          <w:p w14:paraId="085E22E6" w14:textId="2ACC2A1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실적</w:t>
            </w:r>
            <w:proofErr w:type="spellEnd"/>
          </w:p>
        </w:tc>
        <w:tc>
          <w:tcPr>
            <w:tcW w:w="5188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E6D93B8" w14:textId="4ADBB2DD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 xml:space="preserve">공고일 기준 최근 3년 이내 완료한 인정실적 </w:t>
            </w:r>
            <w:r>
              <w:rPr>
                <w:bCs/>
                <w:color w:val="000000"/>
                <w:sz w:val="20"/>
                <w:szCs w:val="20"/>
                <w:lang w:eastAsia="ko-KR"/>
              </w:rPr>
              <w:t>3</w:t>
            </w: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건 이상</w:t>
            </w:r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CC8BC3A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5.0</w:t>
            </w:r>
          </w:p>
        </w:tc>
      </w:tr>
      <w:tr w:rsidR="007F098B" w:rsidRPr="00704766" w14:paraId="4B395E65" w14:textId="77777777" w:rsidTr="007F098B">
        <w:trPr>
          <w:cantSplit/>
        </w:trPr>
        <w:tc>
          <w:tcPr>
            <w:tcW w:w="1559" w:type="dxa"/>
            <w:vMerge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A447C94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188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06BE681" w14:textId="13BFBFD6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</w:t>
            </w:r>
            <w:r w:rsidRPr="007F098B">
              <w:rPr>
                <w:bCs/>
                <w:color w:val="000000"/>
                <w:sz w:val="20"/>
                <w:szCs w:val="20"/>
              </w:rPr>
              <w:t>건</w:t>
            </w:r>
          </w:p>
        </w:tc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67680D6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4.0</w:t>
            </w:r>
          </w:p>
        </w:tc>
      </w:tr>
      <w:tr w:rsidR="007F098B" w:rsidRPr="00704766" w14:paraId="43ABB42A" w14:textId="77777777" w:rsidTr="007F098B">
        <w:trPr>
          <w:cantSplit/>
        </w:trPr>
        <w:tc>
          <w:tcPr>
            <w:tcW w:w="1559" w:type="dxa"/>
            <w:vMerge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2E72706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188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8D10552" w14:textId="3299B8D8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</w:t>
            </w:r>
            <w:r w:rsidRPr="007F098B">
              <w:rPr>
                <w:bCs/>
                <w:color w:val="000000"/>
                <w:sz w:val="20"/>
                <w:szCs w:val="20"/>
              </w:rPr>
              <w:t>건</w:t>
            </w:r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5C5E33E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3.0</w:t>
            </w:r>
          </w:p>
        </w:tc>
      </w:tr>
      <w:tr w:rsidR="007F098B" w:rsidRPr="00704766" w14:paraId="559FA83E" w14:textId="77777777" w:rsidTr="007F098B">
        <w:trPr>
          <w:cantSplit/>
          <w:trHeight w:val="462"/>
        </w:trPr>
        <w:tc>
          <w:tcPr>
            <w:tcW w:w="1559" w:type="dxa"/>
            <w:vMerge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D2B85CD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188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9B8DB71" w14:textId="1D559989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인정실적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없음</w:t>
            </w:r>
            <w:proofErr w:type="spellEnd"/>
          </w:p>
        </w:tc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3C77350" w14:textId="2BC3B46C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0.0</w:t>
            </w:r>
          </w:p>
        </w:tc>
      </w:tr>
      <w:tr w:rsidR="007F098B" w:rsidRPr="00704766" w14:paraId="31937838" w14:textId="77777777" w:rsidTr="007F098B">
        <w:trPr>
          <w:cantSplit/>
        </w:trPr>
        <w:tc>
          <w:tcPr>
            <w:tcW w:w="1559" w:type="dxa"/>
            <w:vMerge w:val="restart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319A798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신용도</w:t>
            </w:r>
            <w:proofErr w:type="spellEnd"/>
          </w:p>
        </w:tc>
        <w:tc>
          <w:tcPr>
            <w:tcW w:w="5188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A3F5127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 xml:space="preserve">A-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이상</w:t>
            </w:r>
            <w:proofErr w:type="spellEnd"/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A192453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3.0</w:t>
            </w:r>
          </w:p>
        </w:tc>
      </w:tr>
      <w:tr w:rsidR="007F098B" w:rsidRPr="00704766" w14:paraId="06680BE2" w14:textId="77777777" w:rsidTr="007F098B">
        <w:trPr>
          <w:cantSplit/>
        </w:trPr>
        <w:tc>
          <w:tcPr>
            <w:tcW w:w="1559" w:type="dxa"/>
            <w:vMerge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177BDC3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188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9B784E7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 xml:space="preserve">BBB-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이상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A-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미만</w:t>
            </w:r>
            <w:proofErr w:type="spellEnd"/>
          </w:p>
        </w:tc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072926C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2.5</w:t>
            </w:r>
          </w:p>
        </w:tc>
      </w:tr>
      <w:tr w:rsidR="007F098B" w:rsidRPr="00704766" w14:paraId="7287C2C8" w14:textId="77777777" w:rsidTr="007F098B">
        <w:trPr>
          <w:cantSplit/>
        </w:trPr>
        <w:tc>
          <w:tcPr>
            <w:tcW w:w="1559" w:type="dxa"/>
            <w:vMerge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09C9DFD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188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365D849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 xml:space="preserve">BB-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이상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BBB-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미만</w:t>
            </w:r>
            <w:proofErr w:type="spellEnd"/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5275F82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2.0</w:t>
            </w:r>
          </w:p>
        </w:tc>
      </w:tr>
      <w:tr w:rsidR="007F098B" w:rsidRPr="00704766" w14:paraId="6DE87290" w14:textId="77777777" w:rsidTr="007F098B">
        <w:trPr>
          <w:cantSplit/>
        </w:trPr>
        <w:tc>
          <w:tcPr>
            <w:tcW w:w="1559" w:type="dxa"/>
            <w:vMerge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D487A93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188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093466C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 xml:space="preserve">B+ 이하 또는 확인서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미제출</w:t>
            </w:r>
            <w:proofErr w:type="spellEnd"/>
          </w:p>
        </w:tc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D018216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1.0</w:t>
            </w:r>
          </w:p>
        </w:tc>
      </w:tr>
      <w:tr w:rsidR="007F098B" w:rsidRPr="00704766" w14:paraId="215E4AF0" w14:textId="77777777" w:rsidTr="006A4E2C">
        <w:trPr>
          <w:cantSplit/>
        </w:trPr>
        <w:tc>
          <w:tcPr>
            <w:tcW w:w="1559" w:type="dxa"/>
            <w:vMerge w:val="restart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97FDFCC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전담인력</w:t>
            </w:r>
            <w:proofErr w:type="spellEnd"/>
          </w:p>
        </w:tc>
        <w:tc>
          <w:tcPr>
            <w:tcW w:w="5188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9B954BA" w14:textId="5D1E884F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 xml:space="preserve">총괄 5년 이상, 현지 상주인력 및 한국어 </w:t>
            </w:r>
            <w:proofErr w:type="gramStart"/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통역  확보</w:t>
            </w:r>
            <w:proofErr w:type="gramEnd"/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5F41F37" w14:textId="77777777" w:rsidR="007F098B" w:rsidRPr="007F098B" w:rsidRDefault="007F098B" w:rsidP="006A4E2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2.0</w:t>
            </w:r>
          </w:p>
        </w:tc>
      </w:tr>
      <w:tr w:rsidR="007F098B" w:rsidRPr="00704766" w14:paraId="4AF497EA" w14:textId="77777777" w:rsidTr="006A4E2C">
        <w:trPr>
          <w:cantSplit/>
        </w:trPr>
        <w:tc>
          <w:tcPr>
            <w:tcW w:w="1559" w:type="dxa"/>
            <w:vMerge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96D9761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188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C5534F0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총괄 3년 이상이며 현지 상주인력 또는 통역 일부 확보</w:t>
            </w:r>
          </w:p>
        </w:tc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BDCA6B7" w14:textId="77777777" w:rsidR="007F098B" w:rsidRPr="007F098B" w:rsidRDefault="007F098B" w:rsidP="006A4E2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1.0</w:t>
            </w:r>
          </w:p>
        </w:tc>
      </w:tr>
      <w:tr w:rsidR="007F098B" w:rsidRPr="00704766" w14:paraId="5B16C55B" w14:textId="77777777" w:rsidTr="006A4E2C">
        <w:trPr>
          <w:cantSplit/>
        </w:trPr>
        <w:tc>
          <w:tcPr>
            <w:tcW w:w="1559" w:type="dxa"/>
            <w:vMerge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474D941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188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1BF6602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증빙 불충분 또는 전담인력 계획 미흡</w:t>
            </w:r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6B93AF0" w14:textId="77777777" w:rsidR="007F098B" w:rsidRPr="007F098B" w:rsidRDefault="007F098B" w:rsidP="006A4E2C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0.0</w:t>
            </w:r>
          </w:p>
        </w:tc>
      </w:tr>
    </w:tbl>
    <w:p w14:paraId="3E3DE4EC" w14:textId="3F4434FC" w:rsidR="006A4E2C" w:rsidRDefault="001B52BD" w:rsidP="006A4E2C">
      <w:pPr>
        <w:pStyle w:val="a9"/>
        <w:numPr>
          <w:ilvl w:val="3"/>
          <w:numId w:val="21"/>
        </w:numPr>
        <w:rPr>
          <w:color w:val="000000" w:themeColor="text1"/>
          <w:sz w:val="20"/>
          <w:szCs w:val="20"/>
          <w:lang w:eastAsia="ko-KR"/>
        </w:rPr>
      </w:pPr>
      <w:r w:rsidRPr="007F098B">
        <w:rPr>
          <w:color w:val="000000" w:themeColor="text1"/>
          <w:sz w:val="20"/>
          <w:szCs w:val="20"/>
          <w:lang w:eastAsia="ko-KR"/>
        </w:rPr>
        <w:t>인정실적은 원칙적으로 단일 건 기준 30명 이상, 7박 이상인 해외 스포츠팀 전지훈련 운영 완료실적으로 하며, 발주처 확인서 또는 계약서·세금계산서 등 객관적 증빙이 있는 경우에만 인정합니다.</w:t>
      </w:r>
    </w:p>
    <w:p w14:paraId="38A124B4" w14:textId="0AF123AC" w:rsidR="00B6617A" w:rsidRDefault="00B6617A" w:rsidP="00683867">
      <w:pPr>
        <w:rPr>
          <w:color w:val="000000" w:themeColor="text1"/>
          <w:sz w:val="20"/>
          <w:szCs w:val="20"/>
          <w:lang w:eastAsia="ko-KR"/>
        </w:rPr>
      </w:pPr>
    </w:p>
    <w:p w14:paraId="5FF24377" w14:textId="6C131F18" w:rsidR="00BD6D4C" w:rsidRDefault="00BD6D4C" w:rsidP="00683867">
      <w:pPr>
        <w:rPr>
          <w:color w:val="000000" w:themeColor="text1"/>
          <w:sz w:val="20"/>
          <w:szCs w:val="20"/>
          <w:lang w:eastAsia="ko-KR"/>
        </w:rPr>
      </w:pPr>
    </w:p>
    <w:p w14:paraId="349CC704" w14:textId="77777777" w:rsidR="00BD6D4C" w:rsidRPr="00683867" w:rsidRDefault="00BD6D4C" w:rsidP="00683867">
      <w:pPr>
        <w:rPr>
          <w:rFonts w:hint="eastAsia"/>
          <w:color w:val="000000" w:themeColor="text1"/>
          <w:sz w:val="20"/>
          <w:szCs w:val="20"/>
          <w:lang w:eastAsia="ko-KR"/>
        </w:rPr>
      </w:pPr>
    </w:p>
    <w:p w14:paraId="57B61271" w14:textId="77777777" w:rsidR="001D0660" w:rsidRPr="007F098B" w:rsidRDefault="001B52BD" w:rsidP="007F098B">
      <w:pPr>
        <w:pStyle w:val="a9"/>
        <w:numPr>
          <w:ilvl w:val="0"/>
          <w:numId w:val="21"/>
        </w:numPr>
        <w:spacing w:before="240" w:after="0"/>
        <w:rPr>
          <w:b/>
          <w:color w:val="000000" w:themeColor="text1"/>
          <w:sz w:val="23"/>
          <w:lang w:eastAsia="ko-KR"/>
        </w:rPr>
      </w:pPr>
      <w:r w:rsidRPr="007F098B">
        <w:rPr>
          <w:b/>
          <w:color w:val="000000" w:themeColor="text1"/>
          <w:sz w:val="23"/>
          <w:lang w:eastAsia="ko-KR"/>
        </w:rPr>
        <w:lastRenderedPageBreak/>
        <w:t>정성적 기술평가표</w:t>
      </w:r>
    </w:p>
    <w:tbl>
      <w:tblPr>
        <w:tblW w:w="9014" w:type="dxa"/>
        <w:tblInd w:w="971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1599"/>
        <w:gridCol w:w="5715"/>
        <w:gridCol w:w="1700"/>
      </w:tblGrid>
      <w:tr w:rsidR="001D0660" w:rsidRPr="00704766" w14:paraId="6926382C" w14:textId="77777777" w:rsidTr="007F098B">
        <w:trPr>
          <w:cantSplit/>
          <w:tblHeader/>
        </w:trPr>
        <w:tc>
          <w:tcPr>
            <w:tcW w:w="1599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EEE5249" w14:textId="77777777" w:rsidR="001D0660" w:rsidRPr="006A4E2C" w:rsidRDefault="001B52BD" w:rsidP="006A4E2C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6A4E2C">
              <w:rPr>
                <w:b/>
                <w:color w:val="FFFFFF"/>
                <w:sz w:val="20"/>
                <w:szCs w:val="20"/>
              </w:rPr>
              <w:t>평가항목</w:t>
            </w:r>
            <w:proofErr w:type="spellEnd"/>
          </w:p>
        </w:tc>
        <w:tc>
          <w:tcPr>
            <w:tcW w:w="571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7D7C78A" w14:textId="77777777" w:rsidR="001D0660" w:rsidRPr="006A4E2C" w:rsidRDefault="001B52BD" w:rsidP="006A4E2C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6A4E2C">
              <w:rPr>
                <w:b/>
                <w:color w:val="FFFFFF"/>
                <w:sz w:val="20"/>
                <w:szCs w:val="20"/>
              </w:rPr>
              <w:t>주요</w:t>
            </w:r>
            <w:proofErr w:type="spellEnd"/>
            <w:r w:rsidRPr="006A4E2C">
              <w:rPr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6A4E2C">
              <w:rPr>
                <w:b/>
                <w:color w:val="FFFFFF"/>
                <w:sz w:val="20"/>
                <w:szCs w:val="20"/>
              </w:rPr>
              <w:t>평가내용</w:t>
            </w:r>
            <w:proofErr w:type="spellEnd"/>
          </w:p>
        </w:tc>
        <w:tc>
          <w:tcPr>
            <w:tcW w:w="17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C0EA6EA" w14:textId="77777777" w:rsidR="001D0660" w:rsidRPr="006A4E2C" w:rsidRDefault="001B52BD" w:rsidP="006A4E2C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6A4E2C">
              <w:rPr>
                <w:b/>
                <w:color w:val="FFFFFF"/>
                <w:sz w:val="20"/>
                <w:szCs w:val="20"/>
              </w:rPr>
              <w:t>배점</w:t>
            </w:r>
            <w:proofErr w:type="spellEnd"/>
          </w:p>
        </w:tc>
      </w:tr>
      <w:tr w:rsidR="001D0660" w:rsidRPr="00704766" w14:paraId="7D607489" w14:textId="77777777" w:rsidTr="007F098B">
        <w:trPr>
          <w:cantSplit/>
        </w:trPr>
        <w:tc>
          <w:tcPr>
            <w:tcW w:w="159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A7C0F3D" w14:textId="77777777" w:rsid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사업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이해도</w:t>
            </w:r>
            <w:proofErr w:type="spellEnd"/>
          </w:p>
          <w:p w14:paraId="7A45CFAA" w14:textId="4092CAD4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운영계획</w:t>
            </w:r>
            <w:proofErr w:type="spellEnd"/>
          </w:p>
        </w:tc>
        <w:tc>
          <w:tcPr>
            <w:tcW w:w="5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33CAB3C" w14:textId="18D694E1" w:rsidR="00683867" w:rsidRPr="00683867" w:rsidRDefault="001B52BD" w:rsidP="00683867">
            <w:pPr>
              <w:spacing w:after="0" w:line="269" w:lineRule="auto"/>
              <w:jc w:val="center"/>
              <w:rPr>
                <w:rFonts w:hint="eastAsia"/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사업 목적 이해, 일정·업무계획의 구체성 및 실현 가능성</w:t>
            </w:r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9820E04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D0660" w:rsidRPr="00704766" w14:paraId="60E82B8B" w14:textId="77777777" w:rsidTr="007F098B">
        <w:trPr>
          <w:cantSplit/>
        </w:trPr>
        <w:tc>
          <w:tcPr>
            <w:tcW w:w="159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B747872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숙박시설</w:t>
            </w:r>
            <w:proofErr w:type="spellEnd"/>
          </w:p>
        </w:tc>
        <w:tc>
          <w:tcPr>
            <w:tcW w:w="5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E3D9D6E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위치, 객실, 전용공간, 부대시설, 보안·세탁·편의성</w:t>
            </w:r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CCD7402" w14:textId="23705F86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</w:t>
            </w:r>
            <w:r w:rsidR="007F098B"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D0660" w:rsidRPr="00704766" w14:paraId="2E7D3B50" w14:textId="77777777" w:rsidTr="007F098B">
        <w:trPr>
          <w:cantSplit/>
        </w:trPr>
        <w:tc>
          <w:tcPr>
            <w:tcW w:w="1599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5DB63E3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식음료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운영</w:t>
            </w:r>
            <w:proofErr w:type="spellEnd"/>
          </w:p>
        </w:tc>
        <w:tc>
          <w:tcPr>
            <w:tcW w:w="57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C93E6FE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 xml:space="preserve">선수단 맞춤식단, 영양·위생,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특이식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, 간식·음료</w:t>
            </w:r>
          </w:p>
        </w:tc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111447D" w14:textId="68461312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</w:t>
            </w:r>
            <w:r w:rsidR="007F098B"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D0660" w:rsidRPr="00704766" w14:paraId="74396150" w14:textId="77777777" w:rsidTr="007F098B">
        <w:trPr>
          <w:cantSplit/>
        </w:trPr>
        <w:tc>
          <w:tcPr>
            <w:tcW w:w="159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55945FB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훈련시설</w:t>
            </w:r>
            <w:proofErr w:type="spellEnd"/>
          </w:p>
        </w:tc>
        <w:tc>
          <w:tcPr>
            <w:tcW w:w="5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CDE6077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천연잔디, 사용시간, 거리, 부대·대체시설 및 확보 가능성</w:t>
            </w:r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A276423" w14:textId="040962FC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1</w:t>
            </w:r>
            <w:r w:rsidR="007F098B"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1D0660" w:rsidRPr="00704766" w14:paraId="6464DF47" w14:textId="77777777" w:rsidTr="007F098B">
        <w:trPr>
          <w:cantSplit/>
        </w:trPr>
        <w:tc>
          <w:tcPr>
            <w:tcW w:w="1599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85728A8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현지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교통·물류</w:t>
            </w:r>
            <w:proofErr w:type="spellEnd"/>
          </w:p>
        </w:tc>
        <w:tc>
          <w:tcPr>
            <w:tcW w:w="57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2BF92C5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 xml:space="preserve">전용·장비·긴급차량,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이동동선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, 기사·안전관리</w:t>
            </w:r>
          </w:p>
        </w:tc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A6E4BF6" w14:textId="0272BC62" w:rsidR="001D0660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D0660" w:rsidRPr="00704766" w14:paraId="22AF340F" w14:textId="77777777" w:rsidTr="007F098B">
        <w:trPr>
          <w:cantSplit/>
        </w:trPr>
        <w:tc>
          <w:tcPr>
            <w:tcW w:w="159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CD68881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연습경기</w:t>
            </w:r>
            <w:proofErr w:type="spellEnd"/>
          </w:p>
        </w:tc>
        <w:tc>
          <w:tcPr>
            <w:tcW w:w="5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D3F6AF2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상대팀 섭외, 경기장·심판·운영인력 및 일정 대응</w:t>
            </w:r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4F69497" w14:textId="065B381F" w:rsidR="001D0660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D0660" w:rsidRPr="00704766" w14:paraId="25A8A59F" w14:textId="77777777" w:rsidTr="007F098B">
        <w:trPr>
          <w:cantSplit/>
        </w:trPr>
        <w:tc>
          <w:tcPr>
            <w:tcW w:w="1599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66CD6B3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현지</w:t>
            </w:r>
            <w:proofErr w:type="spellEnd"/>
            <w:r w:rsidRPr="007F098B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운영인력</w:t>
            </w:r>
            <w:proofErr w:type="spellEnd"/>
          </w:p>
        </w:tc>
        <w:tc>
          <w:tcPr>
            <w:tcW w:w="57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8757429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상주담당자, 통역, 현지 네트워크 및 연락체계</w:t>
            </w:r>
          </w:p>
        </w:tc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CF60849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D0660" w:rsidRPr="00704766" w14:paraId="7181EB13" w14:textId="77777777" w:rsidTr="007F098B">
        <w:trPr>
          <w:cantSplit/>
        </w:trPr>
        <w:tc>
          <w:tcPr>
            <w:tcW w:w="159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1E69B14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안전·의료·비상대응</w:t>
            </w:r>
          </w:p>
        </w:tc>
        <w:tc>
          <w:tcPr>
            <w:tcW w:w="57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6D831B3" w14:textId="518C642B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보험, 병원, 사고·기상</w:t>
            </w:r>
            <w:r w:rsidR="007F098B">
              <w:rPr>
                <w:bCs/>
                <w:color w:val="000000"/>
                <w:sz w:val="20"/>
                <w:szCs w:val="20"/>
                <w:lang w:eastAsia="ko-KR"/>
              </w:rPr>
              <w:t xml:space="preserve"> </w:t>
            </w: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등 비상대응체계</w:t>
            </w:r>
          </w:p>
        </w:tc>
        <w:tc>
          <w:tcPr>
            <w:tcW w:w="17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EF754EC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D0660" w:rsidRPr="00704766" w14:paraId="5D7EB0BF" w14:textId="77777777" w:rsidTr="007F098B">
        <w:trPr>
          <w:cantSplit/>
        </w:trPr>
        <w:tc>
          <w:tcPr>
            <w:tcW w:w="1599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0243629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추가제안</w:t>
            </w:r>
            <w:proofErr w:type="spellEnd"/>
          </w:p>
        </w:tc>
        <w:tc>
          <w:tcPr>
            <w:tcW w:w="571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83E78EB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  <w:lang w:eastAsia="ko-KR"/>
              </w:rPr>
            </w:pPr>
            <w:r w:rsidRPr="007F098B">
              <w:rPr>
                <w:bCs/>
                <w:color w:val="000000"/>
                <w:sz w:val="20"/>
                <w:szCs w:val="20"/>
                <w:lang w:eastAsia="ko-KR"/>
              </w:rPr>
              <w:t>예산 범위 내 품질향상 및 구단 편의 제안</w:t>
            </w:r>
          </w:p>
        </w:tc>
        <w:tc>
          <w:tcPr>
            <w:tcW w:w="17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FB1A7C8" w14:textId="77777777" w:rsidR="001D0660" w:rsidRPr="007F098B" w:rsidRDefault="001B52BD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7F098B" w:rsidRPr="00704766" w14:paraId="69829CFA" w14:textId="77777777" w:rsidTr="007F098B">
        <w:trPr>
          <w:cantSplit/>
        </w:trPr>
        <w:tc>
          <w:tcPr>
            <w:tcW w:w="7314" w:type="dxa"/>
            <w:gridSpan w:val="2"/>
            <w:shd w:val="clear" w:color="auto" w:fill="DAEEF3" w:themeFill="accent5" w:themeFillTint="33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1B2A5AC" w14:textId="2F55C1DD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F098B">
              <w:rPr>
                <w:bCs/>
                <w:color w:val="000000"/>
                <w:sz w:val="20"/>
                <w:szCs w:val="20"/>
              </w:rPr>
              <w:t>합계</w:t>
            </w:r>
            <w:proofErr w:type="spellEnd"/>
          </w:p>
        </w:tc>
        <w:tc>
          <w:tcPr>
            <w:tcW w:w="1700" w:type="dxa"/>
            <w:shd w:val="clear" w:color="auto" w:fill="DAEEF3" w:themeFill="accent5" w:themeFillTint="33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D8A9BAA" w14:textId="77777777" w:rsidR="007F098B" w:rsidRPr="007F098B" w:rsidRDefault="007F098B" w:rsidP="007F098B">
            <w:pPr>
              <w:spacing w:after="0" w:line="269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7F098B">
              <w:rPr>
                <w:bCs/>
                <w:color w:val="000000"/>
                <w:sz w:val="20"/>
                <w:szCs w:val="20"/>
              </w:rPr>
              <w:t>70</w:t>
            </w:r>
          </w:p>
        </w:tc>
      </w:tr>
    </w:tbl>
    <w:p w14:paraId="1E7EC310" w14:textId="46F85204" w:rsidR="001D0660" w:rsidRPr="006A4E2C" w:rsidRDefault="001B52BD" w:rsidP="006A4E2C">
      <w:pPr>
        <w:pStyle w:val="a9"/>
        <w:numPr>
          <w:ilvl w:val="0"/>
          <w:numId w:val="21"/>
        </w:numPr>
        <w:spacing w:before="240" w:after="0"/>
        <w:rPr>
          <w:b/>
          <w:color w:val="000000" w:themeColor="text1"/>
          <w:sz w:val="23"/>
          <w:lang w:eastAsia="ko-KR"/>
        </w:rPr>
      </w:pPr>
      <w:r w:rsidRPr="006A4E2C">
        <w:rPr>
          <w:b/>
          <w:color w:val="000000" w:themeColor="text1"/>
          <w:sz w:val="23"/>
          <w:lang w:eastAsia="ko-KR"/>
        </w:rPr>
        <w:t>가격평가</w:t>
      </w:r>
    </w:p>
    <w:tbl>
      <w:tblPr>
        <w:tblW w:w="9865" w:type="dxa"/>
        <w:tblInd w:w="120" w:type="dxa"/>
        <w:tblBorders>
          <w:top w:val="single" w:sz="8" w:space="0" w:color="9FBAD0"/>
          <w:left w:val="single" w:sz="8" w:space="0" w:color="9FBAD0"/>
          <w:bottom w:val="single" w:sz="8" w:space="0" w:color="9FBAD0"/>
          <w:right w:val="single" w:sz="8" w:space="0" w:color="9FBAD0"/>
          <w:insideH w:val="single" w:sz="8" w:space="0" w:color="9FBAD0"/>
          <w:insideV w:val="single" w:sz="8" w:space="0" w:color="9FBAD0"/>
        </w:tblBorders>
        <w:tblLayout w:type="fixed"/>
        <w:tblLook w:val="04A0" w:firstRow="1" w:lastRow="0" w:firstColumn="1" w:lastColumn="0" w:noHBand="0" w:noVBand="1"/>
      </w:tblPr>
      <w:tblGrid>
        <w:gridCol w:w="9865"/>
      </w:tblGrid>
      <w:tr w:rsidR="001D0660" w:rsidRPr="00704766" w14:paraId="32E4C1AC" w14:textId="77777777" w:rsidTr="006A4E2C">
        <w:trPr>
          <w:cantSplit/>
          <w:trHeight w:val="404"/>
        </w:trPr>
        <w:tc>
          <w:tcPr>
            <w:tcW w:w="9865" w:type="dxa"/>
            <w:shd w:val="clear" w:color="auto" w:fill="DAEEF3" w:themeFill="accent5" w:themeFillTint="33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335A8673" w14:textId="77777777" w:rsidR="001D0660" w:rsidRPr="00FB23F5" w:rsidRDefault="001B52BD" w:rsidP="006A4E2C">
            <w:pPr>
              <w:spacing w:after="0"/>
              <w:rPr>
                <w:sz w:val="20"/>
                <w:szCs w:val="20"/>
                <w:lang w:eastAsia="ko-KR"/>
              </w:rPr>
            </w:pPr>
            <w:r w:rsidRPr="00FB23F5">
              <w:rPr>
                <w:color w:val="000000"/>
                <w:sz w:val="20"/>
                <w:szCs w:val="20"/>
                <w:lang w:eastAsia="ko-KR"/>
              </w:rPr>
              <w:t>가격평가는 20점 만점으로 하며 사업예산을 초과한 가격제안은 평가에서 제외합니다. 덤핑입찰 방지를 위해 사업예산의 70퍼센트 미만 제안은 가격점수 6점으로 처리하고 이행가능성 소명을 요구할 수 있습니다.</w:t>
            </w:r>
          </w:p>
        </w:tc>
      </w:tr>
    </w:tbl>
    <w:p w14:paraId="69C52086" w14:textId="77777777" w:rsidR="006A4E2C" w:rsidRPr="006A4E2C" w:rsidRDefault="001B52BD" w:rsidP="006A4E2C">
      <w:pPr>
        <w:pStyle w:val="a9"/>
        <w:numPr>
          <w:ilvl w:val="0"/>
          <w:numId w:val="32"/>
        </w:numPr>
        <w:rPr>
          <w:lang w:eastAsia="ko-KR"/>
        </w:rPr>
      </w:pPr>
      <w:r w:rsidRPr="00704766">
        <w:rPr>
          <w:color w:val="000000"/>
          <w:lang w:eastAsia="ko-KR"/>
        </w:rPr>
        <w:t>입찰가격이 사업예산의 80퍼센트 이상인 경우</w:t>
      </w:r>
    </w:p>
    <w:p w14:paraId="4101A084" w14:textId="5554B32D" w:rsidR="001D0660" w:rsidRPr="00704766" w:rsidRDefault="001B52BD" w:rsidP="00BE5403">
      <w:pPr>
        <w:pStyle w:val="a9"/>
        <w:numPr>
          <w:ilvl w:val="1"/>
          <w:numId w:val="21"/>
        </w:numPr>
        <w:rPr>
          <w:lang w:eastAsia="ko-KR"/>
        </w:rPr>
      </w:pPr>
      <w:r w:rsidRPr="006A4E2C">
        <w:rPr>
          <w:color w:val="000000"/>
          <w:sz w:val="20"/>
          <w:lang w:eastAsia="ko-KR"/>
        </w:rPr>
        <w:t>가격점수 = 20 × (유효한 최저 입찰가격 ÷ 해당 업체 입찰가격)</w:t>
      </w:r>
    </w:p>
    <w:p w14:paraId="6A280736" w14:textId="77777777" w:rsidR="006A4E2C" w:rsidRPr="006A4E2C" w:rsidRDefault="001B52BD" w:rsidP="006A4E2C">
      <w:pPr>
        <w:pStyle w:val="a9"/>
        <w:numPr>
          <w:ilvl w:val="0"/>
          <w:numId w:val="32"/>
        </w:numPr>
        <w:rPr>
          <w:lang w:eastAsia="ko-KR"/>
        </w:rPr>
      </w:pPr>
      <w:r w:rsidRPr="00704766">
        <w:rPr>
          <w:color w:val="000000"/>
          <w:lang w:eastAsia="ko-KR"/>
        </w:rPr>
        <w:t>입찰가격이 사업예산의 70퍼센트 이상 80퍼센트 미만인 경우</w:t>
      </w:r>
    </w:p>
    <w:p w14:paraId="6A2767DE" w14:textId="25AE0924" w:rsidR="001D0660" w:rsidRPr="00BE5403" w:rsidRDefault="001B52BD" w:rsidP="00BE5403">
      <w:pPr>
        <w:pStyle w:val="a9"/>
        <w:numPr>
          <w:ilvl w:val="1"/>
          <w:numId w:val="21"/>
        </w:numPr>
        <w:rPr>
          <w:sz w:val="20"/>
          <w:szCs w:val="20"/>
          <w:lang w:eastAsia="ko-KR"/>
        </w:rPr>
      </w:pPr>
      <w:r w:rsidRPr="00BE5403">
        <w:rPr>
          <w:color w:val="000000"/>
          <w:sz w:val="20"/>
          <w:szCs w:val="20"/>
          <w:lang w:eastAsia="ko-KR"/>
        </w:rPr>
        <w:t>가격점수 = 20 × (유효한 최저 입찰가격 ÷ 사업예산의 80퍼센트 상당가격) + 2 × [(사업예산의 80퍼센트 상당가격 - 해당 입찰가격) ÷ (사업예산의 80퍼센트 상당가격 - 사업예산의 70퍼센트 상당가격)]</w:t>
      </w:r>
      <w:r w:rsidR="00BE5403">
        <w:rPr>
          <w:color w:val="000000"/>
          <w:sz w:val="20"/>
          <w:szCs w:val="20"/>
          <w:lang w:eastAsia="ko-KR"/>
        </w:rPr>
        <w:t xml:space="preserve"> </w:t>
      </w:r>
    </w:p>
    <w:p w14:paraId="28047952" w14:textId="77777777" w:rsidR="006A4E2C" w:rsidRPr="00BE5403" w:rsidRDefault="001B52BD" w:rsidP="006A4E2C">
      <w:pPr>
        <w:pStyle w:val="a9"/>
        <w:numPr>
          <w:ilvl w:val="0"/>
          <w:numId w:val="32"/>
        </w:numPr>
        <w:rPr>
          <w:sz w:val="20"/>
          <w:szCs w:val="20"/>
          <w:lang w:eastAsia="ko-KR"/>
        </w:rPr>
      </w:pPr>
      <w:r w:rsidRPr="00BE5403">
        <w:rPr>
          <w:color w:val="000000"/>
          <w:sz w:val="20"/>
          <w:szCs w:val="20"/>
          <w:lang w:eastAsia="ko-KR"/>
        </w:rPr>
        <w:t>입찰가격이 사업예산의 70퍼센트 미만인 경우</w:t>
      </w:r>
    </w:p>
    <w:p w14:paraId="1D40C739" w14:textId="2D81B379" w:rsidR="001D0660" w:rsidRPr="00BE5403" w:rsidRDefault="006A4E2C" w:rsidP="006A4E2C">
      <w:pPr>
        <w:pStyle w:val="a9"/>
        <w:ind w:left="760"/>
        <w:rPr>
          <w:sz w:val="20"/>
          <w:szCs w:val="20"/>
          <w:lang w:eastAsia="ko-KR"/>
        </w:rPr>
      </w:pPr>
      <w:r w:rsidRPr="00BE5403">
        <w:rPr>
          <w:color w:val="000000"/>
          <w:sz w:val="20"/>
          <w:szCs w:val="20"/>
          <w:lang w:eastAsia="ko-KR"/>
        </w:rPr>
        <w:t xml:space="preserve">* </w:t>
      </w:r>
      <w:r w:rsidR="001B52BD" w:rsidRPr="00BE5403">
        <w:rPr>
          <w:color w:val="000000"/>
          <w:sz w:val="20"/>
          <w:szCs w:val="20"/>
          <w:lang w:eastAsia="ko-KR"/>
        </w:rPr>
        <w:t>가격점수 = 가격평가 배점한도의 30퍼센트인 6점</w:t>
      </w:r>
    </w:p>
    <w:p w14:paraId="592787D5" w14:textId="050B0892" w:rsidR="001D0660" w:rsidRDefault="001B52BD" w:rsidP="00A266D0">
      <w:pPr>
        <w:spacing w:after="0"/>
        <w:rPr>
          <w:color w:val="000000" w:themeColor="text1"/>
          <w:sz w:val="20"/>
          <w:szCs w:val="20"/>
          <w:lang w:eastAsia="ko-KR"/>
        </w:rPr>
      </w:pPr>
      <w:r w:rsidRPr="00BE5403">
        <w:rPr>
          <w:color w:val="000000" w:themeColor="text1"/>
          <w:sz w:val="20"/>
          <w:szCs w:val="20"/>
          <w:lang w:eastAsia="ko-KR"/>
        </w:rPr>
        <w:t>※ 최저입찰가격이 사업예산의 70퍼센트 미만인 경우 가격평가 산식상 최저입찰가격은 사업예산의 70퍼센트로 봅니다. 산식 적용 결과가 배점한도를 초과하는 경우 배점한도를 상한으로 합니다.</w:t>
      </w:r>
    </w:p>
    <w:p w14:paraId="13546CB5" w14:textId="77777777" w:rsidR="00A266D0" w:rsidRPr="00A266D0" w:rsidRDefault="00A266D0" w:rsidP="00A266D0">
      <w:pPr>
        <w:spacing w:after="0"/>
        <w:rPr>
          <w:color w:val="000000"/>
          <w:sz w:val="20"/>
          <w:lang w:eastAsia="ko-KR"/>
        </w:rPr>
      </w:pPr>
    </w:p>
    <w:p w14:paraId="5C92E413" w14:textId="77777777" w:rsidR="001D0660" w:rsidRPr="00BE5403" w:rsidRDefault="001B52BD" w:rsidP="00BE5403">
      <w:pPr>
        <w:pStyle w:val="a9"/>
        <w:numPr>
          <w:ilvl w:val="0"/>
          <w:numId w:val="17"/>
        </w:numPr>
        <w:spacing w:after="0"/>
        <w:rPr>
          <w:b/>
          <w:color w:val="000000" w:themeColor="text1"/>
          <w:sz w:val="26"/>
          <w:lang w:eastAsia="ko-KR"/>
        </w:rPr>
      </w:pPr>
      <w:r w:rsidRPr="00BE5403">
        <w:rPr>
          <w:b/>
          <w:color w:val="000000" w:themeColor="text1"/>
          <w:sz w:val="26"/>
          <w:lang w:eastAsia="ko-KR"/>
        </w:rPr>
        <w:lastRenderedPageBreak/>
        <w:t>평가위원회 및 결과처리</w:t>
      </w:r>
    </w:p>
    <w:p w14:paraId="3DCF0C4F" w14:textId="77777777" w:rsidR="00BE5403" w:rsidRPr="00BE5403" w:rsidRDefault="001B52BD" w:rsidP="00FC01B1">
      <w:pPr>
        <w:pStyle w:val="a9"/>
        <w:numPr>
          <w:ilvl w:val="0"/>
          <w:numId w:val="33"/>
        </w:numPr>
        <w:rPr>
          <w:lang w:eastAsia="ko-KR"/>
        </w:rPr>
      </w:pPr>
      <w:r w:rsidRPr="00BE5403">
        <w:rPr>
          <w:color w:val="000000"/>
          <w:sz w:val="20"/>
          <w:lang w:eastAsia="ko-KR"/>
        </w:rPr>
        <w:t>평가위원회는 구단 내부 및 필요한 경우 외부 전문가를 포함하여 5명 이상의 홀수로 구성합니다.</w:t>
      </w:r>
    </w:p>
    <w:p w14:paraId="6DE5E1DA" w14:textId="77777777" w:rsidR="00BE5403" w:rsidRPr="00BE5403" w:rsidRDefault="001B52BD" w:rsidP="00FC01B1">
      <w:pPr>
        <w:pStyle w:val="a9"/>
        <w:numPr>
          <w:ilvl w:val="0"/>
          <w:numId w:val="33"/>
        </w:numPr>
        <w:rPr>
          <w:lang w:eastAsia="ko-KR"/>
        </w:rPr>
      </w:pPr>
      <w:r w:rsidRPr="00BE5403">
        <w:rPr>
          <w:color w:val="000000"/>
          <w:sz w:val="20"/>
          <w:lang w:eastAsia="ko-KR"/>
        </w:rPr>
        <w:t>평가위원은 제출자료와 발표·질의응답을 바탕으로 독립적으로 평가합니다.</w:t>
      </w:r>
    </w:p>
    <w:p w14:paraId="14456FFB" w14:textId="77777777" w:rsidR="00BE5403" w:rsidRPr="00BE5403" w:rsidRDefault="001B52BD" w:rsidP="00FC01B1">
      <w:pPr>
        <w:pStyle w:val="a9"/>
        <w:numPr>
          <w:ilvl w:val="0"/>
          <w:numId w:val="33"/>
        </w:numPr>
        <w:rPr>
          <w:lang w:eastAsia="ko-KR"/>
        </w:rPr>
      </w:pPr>
      <w:r w:rsidRPr="00BE5403">
        <w:rPr>
          <w:color w:val="000000"/>
          <w:sz w:val="20"/>
          <w:lang w:eastAsia="ko-KR"/>
        </w:rPr>
        <w:t>평가점수는 산술오류가 있는 경우를 제외하고 평가위원이 작성한 점수를 최종점수로 인정합니다.</w:t>
      </w:r>
    </w:p>
    <w:p w14:paraId="5C301960" w14:textId="77777777" w:rsidR="00BE5403" w:rsidRPr="00BE5403" w:rsidRDefault="001B52BD" w:rsidP="00FC01B1">
      <w:pPr>
        <w:pStyle w:val="a9"/>
        <w:numPr>
          <w:ilvl w:val="0"/>
          <w:numId w:val="33"/>
        </w:numPr>
        <w:rPr>
          <w:lang w:eastAsia="ko-KR"/>
        </w:rPr>
      </w:pPr>
      <w:r w:rsidRPr="00BE5403">
        <w:rPr>
          <w:color w:val="000000"/>
          <w:sz w:val="20"/>
          <w:lang w:eastAsia="ko-KR"/>
        </w:rPr>
        <w:t>평가결과는 참가업체에 통보하며, 평가위원의 신원·개별점수·세부의견은 공개하지 않을 수 있습니다.</w:t>
      </w:r>
    </w:p>
    <w:p w14:paraId="0FFE8CF1" w14:textId="77777777" w:rsidR="00BE5403" w:rsidRPr="00BE5403" w:rsidRDefault="001B52BD" w:rsidP="00FC01B1">
      <w:pPr>
        <w:pStyle w:val="a9"/>
        <w:numPr>
          <w:ilvl w:val="0"/>
          <w:numId w:val="33"/>
        </w:numPr>
        <w:rPr>
          <w:lang w:eastAsia="ko-KR"/>
        </w:rPr>
      </w:pPr>
      <w:r w:rsidRPr="00BE5403">
        <w:rPr>
          <w:color w:val="000000"/>
          <w:sz w:val="20"/>
          <w:lang w:eastAsia="ko-KR"/>
        </w:rPr>
        <w:t>허위자료 또는 부정행위가 사후 확인된 경우 우선협상대상자 선정 또는 계약을 취소할 수 있습니다.</w:t>
      </w:r>
      <w:r w:rsidR="00BE5403">
        <w:rPr>
          <w:color w:val="000000"/>
          <w:sz w:val="20"/>
          <w:lang w:eastAsia="ko-KR"/>
        </w:rPr>
        <w:t xml:space="preserve"> </w:t>
      </w:r>
    </w:p>
    <w:p w14:paraId="121B2699" w14:textId="0BB092DB" w:rsidR="001D0660" w:rsidRPr="00BE5403" w:rsidRDefault="00BE5403" w:rsidP="00BE5403">
      <w:pPr>
        <w:pStyle w:val="a9"/>
        <w:ind w:left="8680" w:firstLine="680"/>
        <w:rPr>
          <w:b/>
          <w:bCs/>
          <w:lang w:eastAsia="ko-KR"/>
        </w:rPr>
      </w:pPr>
      <w:r w:rsidRPr="00BE5403">
        <w:rPr>
          <w:b/>
          <w:bCs/>
          <w:color w:val="000000"/>
          <w:sz w:val="20"/>
          <w:lang w:eastAsia="ko-KR"/>
        </w:rPr>
        <w:t>[</w:t>
      </w:r>
      <w:r w:rsidRPr="00BE5403">
        <w:rPr>
          <w:rFonts w:hint="eastAsia"/>
          <w:b/>
          <w:bCs/>
          <w:color w:val="000000"/>
          <w:sz w:val="20"/>
          <w:lang w:eastAsia="ko-KR"/>
        </w:rPr>
        <w:t>끝</w:t>
      </w:r>
      <w:r w:rsidRPr="00BE5403">
        <w:rPr>
          <w:b/>
          <w:bCs/>
          <w:color w:val="000000"/>
          <w:sz w:val="20"/>
          <w:lang w:eastAsia="ko-KR"/>
        </w:rPr>
        <w:t>]</w:t>
      </w:r>
    </w:p>
    <w:p w14:paraId="2A776570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2FB3DC95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10E9552A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3C66D68D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02FB3CC9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68AADF5D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281C72C6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5589ADDC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28A10CC6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05144902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4991B9B8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595C028E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1DA7A4AF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2A42484F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6D86B030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2E6EADF7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1FBE3B72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48CEDB9F" w14:textId="77777777" w:rsidR="00B6617A" w:rsidRDefault="00B6617A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2F27342F" w14:textId="5FFB5A94" w:rsidR="00BE5403" w:rsidRPr="003756A6" w:rsidRDefault="00BE5403" w:rsidP="00FC01B1">
      <w:pPr>
        <w:rPr>
          <w:bCs/>
          <w:color w:val="000000" w:themeColor="text1"/>
          <w:sz w:val="22"/>
          <w:szCs w:val="18"/>
          <w:lang w:eastAsia="ko-KR"/>
        </w:rPr>
      </w:pPr>
      <w:r w:rsidRPr="003756A6">
        <w:rPr>
          <w:rFonts w:hint="eastAsia"/>
          <w:bCs/>
          <w:color w:val="000000" w:themeColor="text1"/>
          <w:sz w:val="22"/>
          <w:szCs w:val="18"/>
          <w:lang w:eastAsia="ko-KR"/>
        </w:rPr>
        <w:lastRenderedPageBreak/>
        <w:t>&lt;</w:t>
      </w:r>
      <w:r w:rsidR="001B52BD" w:rsidRPr="003756A6">
        <w:rPr>
          <w:bCs/>
          <w:color w:val="000000" w:themeColor="text1"/>
          <w:sz w:val="22"/>
          <w:szCs w:val="18"/>
          <w:lang w:eastAsia="ko-KR"/>
        </w:rPr>
        <w:t>서식 1</w:t>
      </w:r>
      <w:r w:rsidRPr="003756A6">
        <w:rPr>
          <w:bCs/>
          <w:color w:val="000000" w:themeColor="text1"/>
          <w:sz w:val="22"/>
          <w:szCs w:val="18"/>
          <w:lang w:eastAsia="ko-KR"/>
        </w:rPr>
        <w:t>&gt;</w:t>
      </w:r>
      <w:r w:rsidR="001B52BD" w:rsidRPr="003756A6">
        <w:rPr>
          <w:bCs/>
          <w:color w:val="000000" w:themeColor="text1"/>
          <w:sz w:val="22"/>
          <w:szCs w:val="18"/>
          <w:lang w:eastAsia="ko-KR"/>
        </w:rPr>
        <w:t xml:space="preserve"> </w:t>
      </w:r>
    </w:p>
    <w:p w14:paraId="0BECEFC6" w14:textId="0FEAF6F9" w:rsidR="00BE5403" w:rsidRPr="003756A6" w:rsidRDefault="001B52BD" w:rsidP="00BE5403">
      <w:pPr>
        <w:jc w:val="center"/>
        <w:rPr>
          <w:b/>
          <w:color w:val="000000" w:themeColor="text1"/>
          <w:sz w:val="44"/>
          <w:szCs w:val="40"/>
          <w:lang w:eastAsia="ko-KR"/>
        </w:rPr>
      </w:pPr>
      <w:r w:rsidRPr="003756A6">
        <w:rPr>
          <w:b/>
          <w:color w:val="000000" w:themeColor="text1"/>
          <w:sz w:val="44"/>
          <w:szCs w:val="40"/>
          <w:lang w:eastAsia="ko-KR"/>
        </w:rPr>
        <w:t>입찰참가신청서</w:t>
      </w: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815"/>
      </w:tblGrid>
      <w:tr w:rsidR="001D0660" w:rsidRPr="00704766" w14:paraId="7B6B3C05" w14:textId="77777777" w:rsidTr="00BE5403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bottom"/>
          </w:tcPr>
          <w:p w14:paraId="6599174B" w14:textId="77777777" w:rsidR="001D0660" w:rsidRPr="00BE5403" w:rsidRDefault="001B52BD" w:rsidP="00BE5403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사업명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bottom"/>
          </w:tcPr>
          <w:p w14:paraId="3D1F78D4" w14:textId="1F99A73F" w:rsidR="001D0660" w:rsidRPr="00BE5403" w:rsidRDefault="001B52BD" w:rsidP="00BE5403">
            <w:pPr>
              <w:spacing w:after="0"/>
              <w:jc w:val="center"/>
              <w:rPr>
                <w:sz w:val="20"/>
                <w:szCs w:val="24"/>
                <w:lang w:eastAsia="ko-KR"/>
              </w:rPr>
            </w:pPr>
            <w:r w:rsidRPr="00BE5403">
              <w:rPr>
                <w:color w:val="000000"/>
                <w:sz w:val="20"/>
                <w:szCs w:val="24"/>
                <w:lang w:eastAsia="ko-KR"/>
              </w:rPr>
              <w:t>2027시즌 제주 SK FC 일본 전지훈련 운영 대행 용역</w:t>
            </w:r>
          </w:p>
        </w:tc>
      </w:tr>
      <w:tr w:rsidR="001D0660" w:rsidRPr="00704766" w14:paraId="6035E3BD" w14:textId="77777777" w:rsidTr="00BE5403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bottom"/>
          </w:tcPr>
          <w:p w14:paraId="5BEA984E" w14:textId="77777777" w:rsidR="001D0660" w:rsidRPr="00BE5403" w:rsidRDefault="001B52BD" w:rsidP="00BE5403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업체명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1E1D85A" w14:textId="77777777" w:rsidR="001D0660" w:rsidRPr="00704766" w:rsidRDefault="001D0660" w:rsidP="00BE5403">
            <w:pPr>
              <w:spacing w:after="0"/>
            </w:pPr>
          </w:p>
        </w:tc>
      </w:tr>
      <w:tr w:rsidR="001D0660" w:rsidRPr="00704766" w14:paraId="0CDCF5AA" w14:textId="77777777" w:rsidTr="00BE5403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bottom"/>
          </w:tcPr>
          <w:p w14:paraId="0E6EAAD8" w14:textId="77777777" w:rsidR="001D0660" w:rsidRPr="00BE5403" w:rsidRDefault="001B52BD" w:rsidP="00BE5403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대표자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9CEA7F" w14:textId="77777777" w:rsidR="001D0660" w:rsidRPr="00704766" w:rsidRDefault="001D0660" w:rsidP="00BE5403">
            <w:pPr>
              <w:spacing w:after="0"/>
            </w:pPr>
          </w:p>
        </w:tc>
      </w:tr>
      <w:tr w:rsidR="001D0660" w:rsidRPr="00704766" w14:paraId="5200EF56" w14:textId="77777777" w:rsidTr="00BE5403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bottom"/>
          </w:tcPr>
          <w:p w14:paraId="13C920F9" w14:textId="77777777" w:rsidR="001D0660" w:rsidRPr="00BE5403" w:rsidRDefault="001B52BD" w:rsidP="00BE5403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사업자등록번호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602BC5C" w14:textId="77777777" w:rsidR="001D0660" w:rsidRPr="00704766" w:rsidRDefault="001D0660" w:rsidP="00BE5403">
            <w:pPr>
              <w:spacing w:after="0"/>
            </w:pPr>
          </w:p>
        </w:tc>
      </w:tr>
      <w:tr w:rsidR="001D0660" w:rsidRPr="00704766" w14:paraId="06A3901E" w14:textId="77777777" w:rsidTr="00BE5403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bottom"/>
          </w:tcPr>
          <w:p w14:paraId="08EA8EE3" w14:textId="77777777" w:rsidR="001D0660" w:rsidRPr="00BE5403" w:rsidRDefault="001B52BD" w:rsidP="00BE5403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주소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978495F" w14:textId="77777777" w:rsidR="001D0660" w:rsidRPr="00704766" w:rsidRDefault="001D0660" w:rsidP="00BE5403">
            <w:pPr>
              <w:spacing w:after="0"/>
            </w:pPr>
          </w:p>
        </w:tc>
      </w:tr>
      <w:tr w:rsidR="001D0660" w:rsidRPr="00704766" w14:paraId="1D3495F2" w14:textId="77777777" w:rsidTr="00BE5403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bottom"/>
          </w:tcPr>
          <w:p w14:paraId="4BDC70C4" w14:textId="77777777" w:rsidR="001D0660" w:rsidRPr="00BE5403" w:rsidRDefault="001B52BD" w:rsidP="00BE5403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담당자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2DEECF0" w14:textId="77777777" w:rsidR="001D0660" w:rsidRPr="00704766" w:rsidRDefault="001B52BD" w:rsidP="00BE5403">
            <w:pPr>
              <w:spacing w:after="0"/>
            </w:pPr>
            <w:proofErr w:type="spellStart"/>
            <w:r w:rsidRPr="00704766">
              <w:rPr>
                <w:color w:val="000000"/>
                <w:sz w:val="19"/>
              </w:rPr>
              <w:t>성명</w:t>
            </w:r>
            <w:proofErr w:type="spellEnd"/>
            <w:r w:rsidRPr="00704766">
              <w:rPr>
                <w:color w:val="000000"/>
                <w:sz w:val="19"/>
              </w:rPr>
              <w:t xml:space="preserve">:                         </w:t>
            </w:r>
            <w:proofErr w:type="spellStart"/>
            <w:r w:rsidRPr="00704766">
              <w:rPr>
                <w:color w:val="000000"/>
                <w:sz w:val="19"/>
              </w:rPr>
              <w:t>직위</w:t>
            </w:r>
            <w:proofErr w:type="spellEnd"/>
            <w:r w:rsidRPr="00704766">
              <w:rPr>
                <w:color w:val="000000"/>
                <w:sz w:val="19"/>
              </w:rPr>
              <w:t>:</w:t>
            </w:r>
          </w:p>
        </w:tc>
      </w:tr>
      <w:tr w:rsidR="001D0660" w:rsidRPr="00704766" w14:paraId="0F9FBCDF" w14:textId="77777777" w:rsidTr="00BE5403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bottom"/>
          </w:tcPr>
          <w:p w14:paraId="056927D4" w14:textId="77777777" w:rsidR="001D0660" w:rsidRPr="00BE5403" w:rsidRDefault="001B52BD" w:rsidP="00BE5403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연락처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29AB5C" w14:textId="77777777" w:rsidR="001D0660" w:rsidRPr="00704766" w:rsidRDefault="001B52BD" w:rsidP="00BE5403">
            <w:pPr>
              <w:spacing w:after="0"/>
            </w:pPr>
            <w:proofErr w:type="spellStart"/>
            <w:r w:rsidRPr="00704766">
              <w:rPr>
                <w:color w:val="000000"/>
                <w:sz w:val="19"/>
              </w:rPr>
              <w:t>전화</w:t>
            </w:r>
            <w:proofErr w:type="spellEnd"/>
            <w:r w:rsidRPr="00704766">
              <w:rPr>
                <w:color w:val="000000"/>
                <w:sz w:val="19"/>
              </w:rPr>
              <w:t xml:space="preserve">:                         </w:t>
            </w:r>
            <w:proofErr w:type="spellStart"/>
            <w:r w:rsidRPr="00704766">
              <w:rPr>
                <w:color w:val="000000"/>
                <w:sz w:val="19"/>
              </w:rPr>
              <w:t>이메일</w:t>
            </w:r>
            <w:proofErr w:type="spellEnd"/>
            <w:r w:rsidRPr="00704766">
              <w:rPr>
                <w:color w:val="000000"/>
                <w:sz w:val="19"/>
              </w:rPr>
              <w:t>:</w:t>
            </w:r>
          </w:p>
        </w:tc>
      </w:tr>
      <w:tr w:rsidR="001D0660" w:rsidRPr="00704766" w14:paraId="47D2D062" w14:textId="77777777" w:rsidTr="00BE5403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bottom"/>
          </w:tcPr>
          <w:p w14:paraId="7E1D5F52" w14:textId="77777777" w:rsidR="001D0660" w:rsidRPr="00BE5403" w:rsidRDefault="001B52BD" w:rsidP="00BE5403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입찰금액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7DEC25A" w14:textId="77777777" w:rsidR="001D0660" w:rsidRPr="00704766" w:rsidRDefault="001B52BD" w:rsidP="00BE5403">
            <w:pPr>
              <w:spacing w:after="0"/>
            </w:pPr>
            <w:r w:rsidRPr="00704766">
              <w:rPr>
                <w:color w:val="000000"/>
                <w:sz w:val="19"/>
              </w:rPr>
              <w:t xml:space="preserve">금                              </w:t>
            </w:r>
            <w:proofErr w:type="spellStart"/>
            <w:r w:rsidRPr="00704766">
              <w:rPr>
                <w:color w:val="000000"/>
                <w:sz w:val="19"/>
              </w:rPr>
              <w:t>원정</w:t>
            </w:r>
            <w:proofErr w:type="spellEnd"/>
            <w:r w:rsidRPr="00704766">
              <w:rPr>
                <w:color w:val="000000"/>
                <w:sz w:val="19"/>
              </w:rPr>
              <w:t xml:space="preserve"> (₩                       </w:t>
            </w:r>
            <w:proofErr w:type="gramStart"/>
            <w:r w:rsidRPr="00704766">
              <w:rPr>
                <w:color w:val="000000"/>
                <w:sz w:val="19"/>
              </w:rPr>
              <w:t xml:space="preserve">  )</w:t>
            </w:r>
            <w:proofErr w:type="gramEnd"/>
          </w:p>
        </w:tc>
      </w:tr>
    </w:tbl>
    <w:p w14:paraId="7D9129B2" w14:textId="77777777" w:rsidR="001D0660" w:rsidRPr="00704766" w:rsidRDefault="001D0660" w:rsidP="00FC01B1"/>
    <w:p w14:paraId="44F999A9" w14:textId="1BB733FB" w:rsidR="001D0660" w:rsidRDefault="001B52BD" w:rsidP="00FC01B1">
      <w:pPr>
        <w:rPr>
          <w:color w:val="000000"/>
          <w:lang w:eastAsia="ko-KR"/>
        </w:rPr>
      </w:pPr>
      <w:r w:rsidRPr="00704766">
        <w:rPr>
          <w:color w:val="000000"/>
          <w:lang w:eastAsia="ko-KR"/>
        </w:rPr>
        <w:t>본인은 귀 구단의 입찰공고서, 과업내용서 및 제안요청서의 모든 내용을 확인하고 이를 준수할 것을 확약하며 위 사업의 입찰에 참가하고자 신청합니다.</w:t>
      </w:r>
    </w:p>
    <w:p w14:paraId="5E51EEBC" w14:textId="441170C5" w:rsidR="00BE5403" w:rsidRDefault="00BE5403" w:rsidP="00FC01B1">
      <w:pPr>
        <w:rPr>
          <w:lang w:eastAsia="ko-KR"/>
        </w:rPr>
      </w:pPr>
    </w:p>
    <w:p w14:paraId="6C2005E3" w14:textId="77777777" w:rsidR="00BE5403" w:rsidRPr="00704766" w:rsidRDefault="00BE5403" w:rsidP="00FC01B1">
      <w:pPr>
        <w:rPr>
          <w:lang w:eastAsia="ko-KR"/>
        </w:rPr>
      </w:pPr>
    </w:p>
    <w:p w14:paraId="3688B5F2" w14:textId="0840983D" w:rsidR="001D0660" w:rsidRDefault="001B52BD" w:rsidP="00BE5403">
      <w:pPr>
        <w:jc w:val="center"/>
        <w:rPr>
          <w:color w:val="000000"/>
          <w:sz w:val="22"/>
          <w:lang w:eastAsia="ko-KR"/>
        </w:rPr>
      </w:pPr>
      <w:r w:rsidRPr="00704766">
        <w:rPr>
          <w:color w:val="000000"/>
          <w:sz w:val="22"/>
          <w:lang w:eastAsia="ko-KR"/>
        </w:rPr>
        <w:t>2026년        월        일</w:t>
      </w:r>
    </w:p>
    <w:p w14:paraId="1951A529" w14:textId="238ECAE1" w:rsidR="00BE5403" w:rsidRDefault="00BE5403" w:rsidP="00FC01B1">
      <w:pPr>
        <w:rPr>
          <w:lang w:eastAsia="ko-KR"/>
        </w:rPr>
      </w:pPr>
    </w:p>
    <w:p w14:paraId="3809E57E" w14:textId="77777777" w:rsidR="00BE5403" w:rsidRPr="00704766" w:rsidRDefault="00BE5403" w:rsidP="00FC01B1">
      <w:pPr>
        <w:rPr>
          <w:lang w:eastAsia="ko-KR"/>
        </w:rPr>
      </w:pPr>
    </w:p>
    <w:p w14:paraId="793400C2" w14:textId="77777777" w:rsidR="00BE5403" w:rsidRDefault="001B52BD" w:rsidP="00FC01B1">
      <w:pPr>
        <w:rPr>
          <w:color w:val="000000"/>
          <w:lang w:eastAsia="ko-KR"/>
        </w:rPr>
      </w:pPr>
      <w:proofErr w:type="gramStart"/>
      <w:r w:rsidRPr="00704766">
        <w:rPr>
          <w:color w:val="000000"/>
          <w:lang w:eastAsia="ko-KR"/>
        </w:rPr>
        <w:t>신청인  업체명</w:t>
      </w:r>
      <w:proofErr w:type="gramEnd"/>
      <w:r w:rsidRPr="00704766">
        <w:rPr>
          <w:color w:val="000000"/>
          <w:lang w:eastAsia="ko-KR"/>
        </w:rPr>
        <w:t xml:space="preserve">:                              </w:t>
      </w:r>
    </w:p>
    <w:p w14:paraId="35B8DEAE" w14:textId="36BC8480" w:rsidR="001D0660" w:rsidRPr="00704766" w:rsidRDefault="001B52BD" w:rsidP="00BE5403">
      <w:pPr>
        <w:ind w:firstLineChars="350" w:firstLine="735"/>
        <w:rPr>
          <w:lang w:eastAsia="ko-KR"/>
        </w:rPr>
      </w:pPr>
      <w:r w:rsidRPr="00704766">
        <w:rPr>
          <w:color w:val="000000"/>
          <w:lang w:eastAsia="ko-KR"/>
        </w:rPr>
        <w:t>대표자:                         (인)</w:t>
      </w:r>
    </w:p>
    <w:p w14:paraId="02815592" w14:textId="5B0E16A6" w:rsidR="00BE5403" w:rsidRDefault="00BE5403" w:rsidP="00BE5403">
      <w:pPr>
        <w:jc w:val="right"/>
        <w:rPr>
          <w:b/>
          <w:color w:val="17365D"/>
          <w:sz w:val="26"/>
          <w:lang w:eastAsia="ko-KR"/>
        </w:rPr>
      </w:pPr>
    </w:p>
    <w:p w14:paraId="4687C807" w14:textId="77777777" w:rsidR="00BE5403" w:rsidRDefault="00BE5403" w:rsidP="00BE5403">
      <w:pPr>
        <w:jc w:val="right"/>
        <w:rPr>
          <w:b/>
          <w:color w:val="17365D"/>
          <w:sz w:val="26"/>
          <w:lang w:eastAsia="ko-KR"/>
        </w:rPr>
      </w:pPr>
    </w:p>
    <w:p w14:paraId="4109400B" w14:textId="7C62274E" w:rsidR="00BE5403" w:rsidRPr="00BE5403" w:rsidRDefault="001B52BD" w:rsidP="00BE5403">
      <w:pPr>
        <w:jc w:val="right"/>
        <w:rPr>
          <w:color w:val="000000" w:themeColor="text1"/>
          <w:sz w:val="32"/>
          <w:szCs w:val="36"/>
          <w:lang w:eastAsia="ko-KR"/>
        </w:rPr>
      </w:pPr>
      <w:r w:rsidRPr="00BE5403">
        <w:rPr>
          <w:b/>
          <w:color w:val="000000" w:themeColor="text1"/>
          <w:sz w:val="40"/>
          <w:szCs w:val="36"/>
          <w:lang w:eastAsia="ko-KR"/>
        </w:rPr>
        <w:t>제주 SK FC 귀중</w:t>
      </w:r>
    </w:p>
    <w:p w14:paraId="25FCE94C" w14:textId="77777777" w:rsidR="00BE5403" w:rsidRPr="003756A6" w:rsidRDefault="00BE5403" w:rsidP="00FC01B1">
      <w:pPr>
        <w:rPr>
          <w:bCs/>
          <w:color w:val="000000" w:themeColor="text1"/>
          <w:sz w:val="22"/>
          <w:szCs w:val="18"/>
          <w:lang w:eastAsia="ko-KR"/>
        </w:rPr>
      </w:pPr>
      <w:r w:rsidRPr="003756A6">
        <w:rPr>
          <w:bCs/>
          <w:color w:val="000000" w:themeColor="text1"/>
          <w:sz w:val="22"/>
          <w:szCs w:val="18"/>
          <w:lang w:eastAsia="ko-KR"/>
        </w:rPr>
        <w:lastRenderedPageBreak/>
        <w:t>&lt;</w:t>
      </w:r>
      <w:r w:rsidR="001B52BD" w:rsidRPr="003756A6">
        <w:rPr>
          <w:bCs/>
          <w:color w:val="000000" w:themeColor="text1"/>
          <w:sz w:val="22"/>
          <w:szCs w:val="18"/>
          <w:lang w:eastAsia="ko-KR"/>
        </w:rPr>
        <w:t>서식 2</w:t>
      </w:r>
      <w:r w:rsidRPr="003756A6">
        <w:rPr>
          <w:bCs/>
          <w:color w:val="000000" w:themeColor="text1"/>
          <w:sz w:val="22"/>
          <w:szCs w:val="18"/>
          <w:lang w:eastAsia="ko-KR"/>
        </w:rPr>
        <w:t>&gt;</w:t>
      </w:r>
    </w:p>
    <w:p w14:paraId="09288586" w14:textId="2EB662E6" w:rsidR="001D0660" w:rsidRPr="003756A6" w:rsidRDefault="001B52BD" w:rsidP="00BE5403">
      <w:pPr>
        <w:jc w:val="center"/>
        <w:rPr>
          <w:b/>
          <w:color w:val="000000" w:themeColor="text1"/>
          <w:sz w:val="44"/>
          <w:szCs w:val="40"/>
          <w:lang w:eastAsia="ko-KR"/>
        </w:rPr>
      </w:pPr>
      <w:r w:rsidRPr="003756A6">
        <w:rPr>
          <w:b/>
          <w:color w:val="000000" w:themeColor="text1"/>
          <w:sz w:val="44"/>
          <w:szCs w:val="40"/>
          <w:lang w:eastAsia="ko-KR"/>
        </w:rPr>
        <w:t xml:space="preserve"> 업체 일반현황</w:t>
      </w: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815"/>
      </w:tblGrid>
      <w:tr w:rsidR="001D0660" w:rsidRPr="00704766" w14:paraId="7CDFA6EC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2970D2A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업체명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7E0F9E6" w14:textId="77777777" w:rsidR="001D0660" w:rsidRPr="00704766" w:rsidRDefault="001D0660" w:rsidP="00FC01B1"/>
        </w:tc>
      </w:tr>
      <w:tr w:rsidR="001D0660" w:rsidRPr="00704766" w14:paraId="719C2E26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B1398AF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대표자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9D5293F" w14:textId="77777777" w:rsidR="001D0660" w:rsidRPr="00704766" w:rsidRDefault="001D0660" w:rsidP="00FC01B1"/>
        </w:tc>
      </w:tr>
      <w:tr w:rsidR="001D0660" w:rsidRPr="00704766" w14:paraId="5C91C5D8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FA366F6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설립연도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AB1A84A" w14:textId="77777777" w:rsidR="001D0660" w:rsidRPr="00704766" w:rsidRDefault="001D0660" w:rsidP="00FC01B1"/>
        </w:tc>
      </w:tr>
      <w:tr w:rsidR="001D0660" w:rsidRPr="00704766" w14:paraId="1C69E58A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F5FDAB1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사업자등록번호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B558F5D" w14:textId="77777777" w:rsidR="001D0660" w:rsidRPr="00704766" w:rsidRDefault="001D0660" w:rsidP="00FC01B1"/>
        </w:tc>
      </w:tr>
      <w:tr w:rsidR="001D0660" w:rsidRPr="00704766" w14:paraId="6E846353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5979143" w14:textId="5C73ACF4" w:rsidR="001D0660" w:rsidRPr="00BE5403" w:rsidRDefault="003756A6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rFonts w:hint="eastAsia"/>
                <w:b/>
                <w:color w:val="000000"/>
                <w:sz w:val="20"/>
                <w:szCs w:val="20"/>
                <w:lang w:eastAsia="ko-KR"/>
              </w:rPr>
              <w:t>사업자 업태 등</w:t>
            </w:r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2AC7EAC" w14:textId="77777777" w:rsidR="001D0660" w:rsidRPr="00704766" w:rsidRDefault="001D0660" w:rsidP="00FC01B1"/>
        </w:tc>
      </w:tr>
      <w:tr w:rsidR="001D0660" w:rsidRPr="00704766" w14:paraId="25364ADB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7E354FF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본사</w:t>
            </w:r>
            <w:proofErr w:type="spellEnd"/>
            <w:r w:rsidRPr="00BE540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소재지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7409F91" w14:textId="77777777" w:rsidR="001D0660" w:rsidRPr="00704766" w:rsidRDefault="001D0660" w:rsidP="00FC01B1"/>
        </w:tc>
      </w:tr>
      <w:tr w:rsidR="001D0660" w:rsidRPr="00704766" w14:paraId="29071EEA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E26A7B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전화·홈페이지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F1BCFFE" w14:textId="77777777" w:rsidR="001D0660" w:rsidRPr="00704766" w:rsidRDefault="001D0660" w:rsidP="00FC01B1"/>
        </w:tc>
      </w:tr>
      <w:tr w:rsidR="001D0660" w:rsidRPr="00704766" w14:paraId="5C1DFA08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139B01B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상시</w:t>
            </w:r>
            <w:proofErr w:type="spellEnd"/>
            <w:r w:rsidRPr="00BE540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종업원</w:t>
            </w:r>
            <w:proofErr w:type="spellEnd"/>
            <w:r w:rsidRPr="00BE5403">
              <w:rPr>
                <w:b/>
                <w:color w:val="000000"/>
                <w:sz w:val="20"/>
                <w:szCs w:val="20"/>
              </w:rPr>
              <w:t xml:space="preserve"> 수</w:t>
            </w:r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D25BF04" w14:textId="77777777" w:rsidR="001D0660" w:rsidRPr="00704766" w:rsidRDefault="001D0660" w:rsidP="00FC01B1"/>
        </w:tc>
      </w:tr>
      <w:tr w:rsidR="001D0660" w:rsidRPr="00704766" w14:paraId="3B2F73C9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50DEF3C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주요</w:t>
            </w:r>
            <w:proofErr w:type="spellEnd"/>
            <w:r w:rsidRPr="00BE540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사업분야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29F7A9C" w14:textId="77777777" w:rsidR="001D0660" w:rsidRPr="00704766" w:rsidRDefault="001D0660" w:rsidP="00FC01B1"/>
        </w:tc>
      </w:tr>
      <w:tr w:rsidR="001D0660" w:rsidRPr="00704766" w14:paraId="5AED678B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679B9F2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r w:rsidRPr="00BE5403">
              <w:rPr>
                <w:b/>
                <w:color w:val="000000"/>
                <w:sz w:val="20"/>
                <w:szCs w:val="20"/>
              </w:rPr>
              <w:t xml:space="preserve">2025년 </w:t>
            </w: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매출액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6DF2DD1" w14:textId="77777777" w:rsidR="001D0660" w:rsidRPr="00704766" w:rsidRDefault="001D0660" w:rsidP="00FC01B1"/>
        </w:tc>
      </w:tr>
      <w:tr w:rsidR="001D0660" w:rsidRPr="00704766" w14:paraId="43D3C459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0AA174F" w14:textId="77777777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기업신용평가등급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84D2D67" w14:textId="77777777" w:rsidR="001D0660" w:rsidRPr="00704766" w:rsidRDefault="001D0660" w:rsidP="00FC01B1"/>
        </w:tc>
      </w:tr>
      <w:tr w:rsidR="001D0660" w:rsidRPr="00704766" w14:paraId="0DA856EF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2074F5" w14:textId="044D00B0" w:rsidR="001D0660" w:rsidRPr="00BE5403" w:rsidRDefault="001B52BD" w:rsidP="00BE5403">
            <w:pPr>
              <w:spacing w:after="0"/>
              <w:jc w:val="center"/>
              <w:rPr>
                <w:b/>
                <w:color w:val="000000"/>
                <w:sz w:val="20"/>
                <w:szCs w:val="20"/>
                <w:lang w:eastAsia="ko-KR"/>
              </w:rPr>
            </w:pP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현지</w:t>
            </w:r>
            <w:proofErr w:type="spellEnd"/>
            <w:r w:rsidRPr="00BE540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E5403">
              <w:rPr>
                <w:b/>
                <w:color w:val="000000"/>
                <w:sz w:val="20"/>
                <w:szCs w:val="20"/>
              </w:rPr>
              <w:t>협력사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33A0B0" w14:textId="77777777" w:rsidR="001D0660" w:rsidRPr="00704766" w:rsidRDefault="001D0660" w:rsidP="00FC01B1"/>
        </w:tc>
      </w:tr>
    </w:tbl>
    <w:p w14:paraId="59503D46" w14:textId="22883978" w:rsidR="001D0660" w:rsidRPr="003756A6" w:rsidRDefault="001B52BD" w:rsidP="00FC01B1">
      <w:pPr>
        <w:rPr>
          <w:color w:val="000000"/>
          <w:lang w:eastAsia="ko-KR"/>
        </w:rPr>
      </w:pPr>
      <w:r w:rsidRPr="003756A6">
        <w:rPr>
          <w:color w:val="000000"/>
          <w:lang w:eastAsia="ko-KR"/>
        </w:rPr>
        <w:t>※ 사업자등록증, 신용평가등급 확인서 등 증빙자료를 첨부합니다.</w:t>
      </w:r>
    </w:p>
    <w:p w14:paraId="10791529" w14:textId="102D8E81" w:rsidR="003756A6" w:rsidRDefault="003756A6" w:rsidP="00FC01B1">
      <w:pPr>
        <w:rPr>
          <w:color w:val="555555"/>
          <w:sz w:val="18"/>
          <w:lang w:eastAsia="ko-KR"/>
        </w:rPr>
      </w:pPr>
    </w:p>
    <w:p w14:paraId="3EC09EB7" w14:textId="7E95A0A1" w:rsidR="003756A6" w:rsidRDefault="003756A6" w:rsidP="00FC01B1">
      <w:pPr>
        <w:rPr>
          <w:color w:val="555555"/>
          <w:sz w:val="18"/>
          <w:lang w:eastAsia="ko-KR"/>
        </w:rPr>
      </w:pPr>
    </w:p>
    <w:p w14:paraId="4D402BA3" w14:textId="192023C0" w:rsidR="003756A6" w:rsidRDefault="003756A6" w:rsidP="00FC01B1">
      <w:pPr>
        <w:rPr>
          <w:color w:val="555555"/>
          <w:sz w:val="18"/>
          <w:lang w:eastAsia="ko-KR"/>
        </w:rPr>
      </w:pPr>
    </w:p>
    <w:p w14:paraId="01083EFE" w14:textId="77777777" w:rsidR="00BD6D4C" w:rsidRDefault="00BD6D4C" w:rsidP="00FC01B1">
      <w:pPr>
        <w:rPr>
          <w:rFonts w:hint="eastAsia"/>
          <w:color w:val="555555"/>
          <w:sz w:val="18"/>
          <w:lang w:eastAsia="ko-KR"/>
        </w:rPr>
      </w:pPr>
    </w:p>
    <w:p w14:paraId="05255D12" w14:textId="77777777" w:rsidR="003756A6" w:rsidRPr="003756A6" w:rsidRDefault="003756A6" w:rsidP="00FC01B1">
      <w:pPr>
        <w:rPr>
          <w:lang w:eastAsia="ko-KR"/>
        </w:rPr>
      </w:pPr>
    </w:p>
    <w:p w14:paraId="4452417D" w14:textId="3785149B" w:rsidR="003756A6" w:rsidRDefault="003756A6" w:rsidP="00FC01B1">
      <w:pPr>
        <w:rPr>
          <w:b/>
          <w:color w:val="2E75B6"/>
          <w:sz w:val="26"/>
          <w:lang w:eastAsia="ko-KR"/>
        </w:rPr>
      </w:pPr>
      <w:r>
        <w:rPr>
          <w:rFonts w:hint="eastAsia"/>
          <w:bCs/>
          <w:color w:val="000000" w:themeColor="text1"/>
          <w:sz w:val="22"/>
          <w:szCs w:val="18"/>
          <w:lang w:eastAsia="ko-KR"/>
        </w:rPr>
        <w:lastRenderedPageBreak/>
        <w:t>&lt;</w:t>
      </w:r>
      <w:r w:rsidR="001B52BD" w:rsidRPr="003756A6">
        <w:rPr>
          <w:bCs/>
          <w:color w:val="000000" w:themeColor="text1"/>
          <w:sz w:val="22"/>
          <w:szCs w:val="18"/>
          <w:lang w:eastAsia="ko-KR"/>
        </w:rPr>
        <w:t>서식 3</w:t>
      </w:r>
      <w:r>
        <w:rPr>
          <w:bCs/>
          <w:color w:val="000000" w:themeColor="text1"/>
          <w:sz w:val="22"/>
          <w:szCs w:val="18"/>
          <w:lang w:eastAsia="ko-KR"/>
        </w:rPr>
        <w:t>&gt;</w:t>
      </w:r>
    </w:p>
    <w:p w14:paraId="25BDAF1F" w14:textId="78F40BA7" w:rsidR="003756A6" w:rsidRPr="003756A6" w:rsidRDefault="001B52BD" w:rsidP="003756A6">
      <w:pPr>
        <w:jc w:val="center"/>
        <w:rPr>
          <w:b/>
          <w:color w:val="000000" w:themeColor="text1"/>
          <w:sz w:val="44"/>
          <w:szCs w:val="40"/>
          <w:lang w:eastAsia="ko-KR"/>
        </w:rPr>
      </w:pPr>
      <w:r w:rsidRPr="003756A6">
        <w:rPr>
          <w:b/>
          <w:color w:val="000000" w:themeColor="text1"/>
          <w:sz w:val="44"/>
          <w:szCs w:val="40"/>
          <w:lang w:eastAsia="ko-KR"/>
        </w:rPr>
        <w:t>유사사업 수행실적</w:t>
      </w: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49"/>
        <w:gridCol w:w="1500"/>
        <w:gridCol w:w="1600"/>
        <w:gridCol w:w="1300"/>
        <w:gridCol w:w="1500"/>
        <w:gridCol w:w="1165"/>
      </w:tblGrid>
      <w:tr w:rsidR="001D0660" w:rsidRPr="00704766" w14:paraId="36F923FF" w14:textId="77777777" w:rsidTr="003756A6">
        <w:trPr>
          <w:cantSplit/>
          <w:tblHeader/>
        </w:trPr>
        <w:tc>
          <w:tcPr>
            <w:tcW w:w="851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B64B324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번호</w:t>
            </w:r>
            <w:proofErr w:type="spellEnd"/>
          </w:p>
        </w:tc>
        <w:tc>
          <w:tcPr>
            <w:tcW w:w="1949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13947DD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사업명</w:t>
            </w:r>
            <w:proofErr w:type="spellEnd"/>
          </w:p>
        </w:tc>
        <w:tc>
          <w:tcPr>
            <w:tcW w:w="15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D86D6AE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발주기관</w:t>
            </w:r>
            <w:proofErr w:type="spellEnd"/>
          </w:p>
        </w:tc>
        <w:tc>
          <w:tcPr>
            <w:tcW w:w="16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8E6B28A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기간·지역</w:t>
            </w:r>
            <w:proofErr w:type="spellEnd"/>
          </w:p>
        </w:tc>
        <w:tc>
          <w:tcPr>
            <w:tcW w:w="13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55C5676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인원·박수</w:t>
            </w:r>
            <w:proofErr w:type="spellEnd"/>
          </w:p>
        </w:tc>
        <w:tc>
          <w:tcPr>
            <w:tcW w:w="15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26DD04D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계약금액</w:t>
            </w:r>
            <w:proofErr w:type="spellEnd"/>
          </w:p>
        </w:tc>
        <w:tc>
          <w:tcPr>
            <w:tcW w:w="116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9DCCEDF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증빙</w:t>
            </w:r>
            <w:proofErr w:type="spellEnd"/>
          </w:p>
        </w:tc>
      </w:tr>
      <w:tr w:rsidR="001D0660" w:rsidRPr="00704766" w14:paraId="0B387A42" w14:textId="77777777" w:rsidTr="003756A6">
        <w:trPr>
          <w:cantSplit/>
        </w:trPr>
        <w:tc>
          <w:tcPr>
            <w:tcW w:w="851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EE6B618" w14:textId="77777777" w:rsidR="001D0660" w:rsidRPr="00704766" w:rsidRDefault="001D0660" w:rsidP="00FC01B1"/>
        </w:tc>
        <w:tc>
          <w:tcPr>
            <w:tcW w:w="194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3E482FF" w14:textId="77777777" w:rsidR="001D0660" w:rsidRPr="00704766" w:rsidRDefault="001D0660" w:rsidP="00FC01B1"/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0824708" w14:textId="77777777" w:rsidR="001D0660" w:rsidRPr="00704766" w:rsidRDefault="001D0660" w:rsidP="00FC01B1"/>
        </w:tc>
        <w:tc>
          <w:tcPr>
            <w:tcW w:w="16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0EBC1F2" w14:textId="77777777" w:rsidR="001D0660" w:rsidRPr="00704766" w:rsidRDefault="001D0660" w:rsidP="00FC01B1"/>
        </w:tc>
        <w:tc>
          <w:tcPr>
            <w:tcW w:w="13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F7C11B1" w14:textId="77777777" w:rsidR="001D0660" w:rsidRPr="00704766" w:rsidRDefault="001D0660" w:rsidP="00FC01B1"/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5BF96A9" w14:textId="77777777" w:rsidR="001D0660" w:rsidRPr="00704766" w:rsidRDefault="001D0660" w:rsidP="00FC01B1"/>
        </w:tc>
        <w:tc>
          <w:tcPr>
            <w:tcW w:w="11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2037F53" w14:textId="77777777" w:rsidR="001D0660" w:rsidRPr="00704766" w:rsidRDefault="001D0660" w:rsidP="00FC01B1"/>
        </w:tc>
      </w:tr>
      <w:tr w:rsidR="001D0660" w:rsidRPr="00704766" w14:paraId="18BE4E99" w14:textId="77777777" w:rsidTr="003756A6">
        <w:trPr>
          <w:cantSplit/>
        </w:trPr>
        <w:tc>
          <w:tcPr>
            <w:tcW w:w="851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0B6E70F" w14:textId="77777777" w:rsidR="001D0660" w:rsidRPr="00704766" w:rsidRDefault="001D0660" w:rsidP="00FC01B1"/>
        </w:tc>
        <w:tc>
          <w:tcPr>
            <w:tcW w:w="1949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3CADCF3" w14:textId="77777777" w:rsidR="001D0660" w:rsidRPr="00704766" w:rsidRDefault="001D0660" w:rsidP="00FC01B1"/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88B4074" w14:textId="77777777" w:rsidR="001D0660" w:rsidRPr="00704766" w:rsidRDefault="001D0660" w:rsidP="00FC01B1"/>
        </w:tc>
        <w:tc>
          <w:tcPr>
            <w:tcW w:w="16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1346462" w14:textId="77777777" w:rsidR="001D0660" w:rsidRPr="00704766" w:rsidRDefault="001D0660" w:rsidP="00FC01B1"/>
        </w:tc>
        <w:tc>
          <w:tcPr>
            <w:tcW w:w="13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1FBA698" w14:textId="77777777" w:rsidR="001D0660" w:rsidRPr="00704766" w:rsidRDefault="001D0660" w:rsidP="00FC01B1"/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E32E864" w14:textId="77777777" w:rsidR="001D0660" w:rsidRPr="00704766" w:rsidRDefault="001D0660" w:rsidP="00FC01B1"/>
        </w:tc>
        <w:tc>
          <w:tcPr>
            <w:tcW w:w="11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20A1B18" w14:textId="77777777" w:rsidR="001D0660" w:rsidRPr="00704766" w:rsidRDefault="001D0660" w:rsidP="00FC01B1"/>
        </w:tc>
      </w:tr>
      <w:tr w:rsidR="001D0660" w:rsidRPr="00704766" w14:paraId="332A2862" w14:textId="77777777" w:rsidTr="003756A6">
        <w:trPr>
          <w:cantSplit/>
        </w:trPr>
        <w:tc>
          <w:tcPr>
            <w:tcW w:w="851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7DA061E" w14:textId="77777777" w:rsidR="001D0660" w:rsidRPr="00704766" w:rsidRDefault="001D0660" w:rsidP="00FC01B1"/>
        </w:tc>
        <w:tc>
          <w:tcPr>
            <w:tcW w:w="194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2299220" w14:textId="77777777" w:rsidR="001D0660" w:rsidRPr="00704766" w:rsidRDefault="001D0660" w:rsidP="00FC01B1"/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FD7BEAC" w14:textId="77777777" w:rsidR="001D0660" w:rsidRPr="00704766" w:rsidRDefault="001D0660" w:rsidP="00FC01B1"/>
        </w:tc>
        <w:tc>
          <w:tcPr>
            <w:tcW w:w="16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2BABFA6" w14:textId="77777777" w:rsidR="001D0660" w:rsidRPr="00704766" w:rsidRDefault="001D0660" w:rsidP="00FC01B1"/>
        </w:tc>
        <w:tc>
          <w:tcPr>
            <w:tcW w:w="13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1572431" w14:textId="77777777" w:rsidR="001D0660" w:rsidRPr="00704766" w:rsidRDefault="001D0660" w:rsidP="00FC01B1"/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71419F5" w14:textId="77777777" w:rsidR="001D0660" w:rsidRPr="00704766" w:rsidRDefault="001D0660" w:rsidP="00FC01B1"/>
        </w:tc>
        <w:tc>
          <w:tcPr>
            <w:tcW w:w="11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934A1A6" w14:textId="77777777" w:rsidR="001D0660" w:rsidRPr="00704766" w:rsidRDefault="001D0660" w:rsidP="00FC01B1"/>
        </w:tc>
      </w:tr>
      <w:tr w:rsidR="001D0660" w:rsidRPr="00704766" w14:paraId="281774EE" w14:textId="77777777" w:rsidTr="003756A6">
        <w:trPr>
          <w:cantSplit/>
        </w:trPr>
        <w:tc>
          <w:tcPr>
            <w:tcW w:w="851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35C1196" w14:textId="77777777" w:rsidR="001D0660" w:rsidRPr="00704766" w:rsidRDefault="001D0660" w:rsidP="00FC01B1"/>
        </w:tc>
        <w:tc>
          <w:tcPr>
            <w:tcW w:w="1949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E1BAD77" w14:textId="77777777" w:rsidR="001D0660" w:rsidRPr="00704766" w:rsidRDefault="001D0660" w:rsidP="00FC01B1"/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6DA7F60" w14:textId="77777777" w:rsidR="001D0660" w:rsidRPr="00704766" w:rsidRDefault="001D0660" w:rsidP="00FC01B1"/>
        </w:tc>
        <w:tc>
          <w:tcPr>
            <w:tcW w:w="16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7557B37" w14:textId="77777777" w:rsidR="001D0660" w:rsidRPr="00704766" w:rsidRDefault="001D0660" w:rsidP="00FC01B1"/>
        </w:tc>
        <w:tc>
          <w:tcPr>
            <w:tcW w:w="13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564B1D6" w14:textId="77777777" w:rsidR="001D0660" w:rsidRPr="00704766" w:rsidRDefault="001D0660" w:rsidP="00FC01B1"/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3075C2C" w14:textId="77777777" w:rsidR="001D0660" w:rsidRPr="00704766" w:rsidRDefault="001D0660" w:rsidP="00FC01B1"/>
        </w:tc>
        <w:tc>
          <w:tcPr>
            <w:tcW w:w="11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C67E05F" w14:textId="77777777" w:rsidR="001D0660" w:rsidRPr="00704766" w:rsidRDefault="001D0660" w:rsidP="00FC01B1"/>
        </w:tc>
      </w:tr>
      <w:tr w:rsidR="001D0660" w:rsidRPr="00704766" w14:paraId="24DD9352" w14:textId="77777777" w:rsidTr="003756A6">
        <w:trPr>
          <w:cantSplit/>
        </w:trPr>
        <w:tc>
          <w:tcPr>
            <w:tcW w:w="851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6ED8ED4" w14:textId="77777777" w:rsidR="001D0660" w:rsidRPr="00704766" w:rsidRDefault="001D0660" w:rsidP="00FC01B1"/>
        </w:tc>
        <w:tc>
          <w:tcPr>
            <w:tcW w:w="1949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28D0F9F" w14:textId="77777777" w:rsidR="001D0660" w:rsidRPr="00704766" w:rsidRDefault="001D0660" w:rsidP="00FC01B1"/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89CE781" w14:textId="77777777" w:rsidR="001D0660" w:rsidRPr="00704766" w:rsidRDefault="001D0660" w:rsidP="00FC01B1"/>
        </w:tc>
        <w:tc>
          <w:tcPr>
            <w:tcW w:w="16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66A282B" w14:textId="77777777" w:rsidR="001D0660" w:rsidRPr="00704766" w:rsidRDefault="001D0660" w:rsidP="00FC01B1"/>
        </w:tc>
        <w:tc>
          <w:tcPr>
            <w:tcW w:w="13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193BE2F" w14:textId="77777777" w:rsidR="001D0660" w:rsidRPr="00704766" w:rsidRDefault="001D0660" w:rsidP="00FC01B1"/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BF3CC45" w14:textId="77777777" w:rsidR="001D0660" w:rsidRPr="00704766" w:rsidRDefault="001D0660" w:rsidP="00FC01B1"/>
        </w:tc>
        <w:tc>
          <w:tcPr>
            <w:tcW w:w="11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2F03994" w14:textId="77777777" w:rsidR="001D0660" w:rsidRPr="00704766" w:rsidRDefault="001D0660" w:rsidP="00FC01B1"/>
        </w:tc>
      </w:tr>
      <w:tr w:rsidR="001D0660" w:rsidRPr="00704766" w14:paraId="1B918F4E" w14:textId="77777777" w:rsidTr="003756A6">
        <w:trPr>
          <w:cantSplit/>
        </w:trPr>
        <w:tc>
          <w:tcPr>
            <w:tcW w:w="851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3697F3D" w14:textId="77777777" w:rsidR="001D0660" w:rsidRPr="00704766" w:rsidRDefault="001D0660" w:rsidP="00FC01B1"/>
        </w:tc>
        <w:tc>
          <w:tcPr>
            <w:tcW w:w="1949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14327D1" w14:textId="77777777" w:rsidR="001D0660" w:rsidRPr="00704766" w:rsidRDefault="001D0660" w:rsidP="00FC01B1"/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85B62E7" w14:textId="77777777" w:rsidR="001D0660" w:rsidRPr="00704766" w:rsidRDefault="001D0660" w:rsidP="00FC01B1"/>
        </w:tc>
        <w:tc>
          <w:tcPr>
            <w:tcW w:w="16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4EE19ED" w14:textId="77777777" w:rsidR="001D0660" w:rsidRPr="00704766" w:rsidRDefault="001D0660" w:rsidP="00FC01B1"/>
        </w:tc>
        <w:tc>
          <w:tcPr>
            <w:tcW w:w="13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D65630E" w14:textId="77777777" w:rsidR="001D0660" w:rsidRPr="00704766" w:rsidRDefault="001D0660" w:rsidP="00FC01B1"/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595CE48" w14:textId="77777777" w:rsidR="001D0660" w:rsidRPr="00704766" w:rsidRDefault="001D0660" w:rsidP="00FC01B1"/>
        </w:tc>
        <w:tc>
          <w:tcPr>
            <w:tcW w:w="11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F174A7D" w14:textId="77777777" w:rsidR="001D0660" w:rsidRPr="00704766" w:rsidRDefault="001D0660" w:rsidP="00FC01B1"/>
        </w:tc>
      </w:tr>
    </w:tbl>
    <w:p w14:paraId="63A3C4DE" w14:textId="19445B90" w:rsidR="003756A6" w:rsidRDefault="001B52BD" w:rsidP="00FC01B1">
      <w:pPr>
        <w:rPr>
          <w:color w:val="000000"/>
          <w:lang w:eastAsia="ko-KR"/>
        </w:rPr>
      </w:pPr>
      <w:r w:rsidRPr="003756A6">
        <w:rPr>
          <w:color w:val="000000"/>
          <w:lang w:eastAsia="ko-KR"/>
        </w:rPr>
        <w:t>※ 공고일 기준 최근 3년 이내 완료실적만 기재하며, 발주처 실적증명서 또는 계약서·세금계산서 등 증빙을 첨부합니다.</w:t>
      </w:r>
    </w:p>
    <w:p w14:paraId="36FE64A5" w14:textId="6E796DCA" w:rsidR="003756A6" w:rsidRDefault="003756A6" w:rsidP="00FC01B1">
      <w:pPr>
        <w:rPr>
          <w:color w:val="000000"/>
          <w:lang w:eastAsia="ko-KR"/>
        </w:rPr>
      </w:pPr>
    </w:p>
    <w:p w14:paraId="4375CD5A" w14:textId="3BA5E8C3" w:rsidR="003756A6" w:rsidRDefault="003756A6" w:rsidP="00FC01B1">
      <w:pPr>
        <w:rPr>
          <w:color w:val="000000"/>
          <w:lang w:eastAsia="ko-KR"/>
        </w:rPr>
      </w:pPr>
    </w:p>
    <w:p w14:paraId="66DF4446" w14:textId="1E4B1D8E" w:rsidR="003756A6" w:rsidRDefault="003756A6" w:rsidP="00FC01B1">
      <w:pPr>
        <w:rPr>
          <w:color w:val="000000"/>
          <w:lang w:eastAsia="ko-KR"/>
        </w:rPr>
      </w:pPr>
    </w:p>
    <w:p w14:paraId="42B9882F" w14:textId="62AA445F" w:rsidR="003756A6" w:rsidRDefault="003756A6" w:rsidP="00FC01B1">
      <w:pPr>
        <w:rPr>
          <w:color w:val="000000"/>
          <w:lang w:eastAsia="ko-KR"/>
        </w:rPr>
      </w:pPr>
    </w:p>
    <w:p w14:paraId="390DCD6C" w14:textId="618E8B10" w:rsidR="003756A6" w:rsidRDefault="003756A6" w:rsidP="00FC01B1">
      <w:pPr>
        <w:rPr>
          <w:color w:val="000000"/>
          <w:lang w:eastAsia="ko-KR"/>
        </w:rPr>
      </w:pPr>
    </w:p>
    <w:p w14:paraId="3479D50E" w14:textId="40EF57AC" w:rsidR="003756A6" w:rsidRDefault="003756A6" w:rsidP="00FC01B1">
      <w:pPr>
        <w:rPr>
          <w:color w:val="000000"/>
          <w:lang w:eastAsia="ko-KR"/>
        </w:rPr>
      </w:pPr>
    </w:p>
    <w:p w14:paraId="3903364E" w14:textId="4B47197D" w:rsidR="003756A6" w:rsidRDefault="003756A6" w:rsidP="00FC01B1">
      <w:pPr>
        <w:rPr>
          <w:color w:val="000000"/>
          <w:lang w:eastAsia="ko-KR"/>
        </w:rPr>
      </w:pPr>
    </w:p>
    <w:p w14:paraId="01A9B15F" w14:textId="66063EA2" w:rsidR="003756A6" w:rsidRDefault="003756A6" w:rsidP="00FC01B1">
      <w:pPr>
        <w:rPr>
          <w:color w:val="000000"/>
          <w:lang w:eastAsia="ko-KR"/>
        </w:rPr>
      </w:pPr>
    </w:p>
    <w:p w14:paraId="189DC4BE" w14:textId="77915D93" w:rsidR="003756A6" w:rsidRDefault="003756A6" w:rsidP="00FC01B1">
      <w:pPr>
        <w:rPr>
          <w:color w:val="000000"/>
          <w:lang w:eastAsia="ko-KR"/>
        </w:rPr>
      </w:pPr>
    </w:p>
    <w:p w14:paraId="1EBFC538" w14:textId="3DFDAFB7" w:rsidR="003756A6" w:rsidRDefault="003756A6" w:rsidP="00FC01B1">
      <w:pPr>
        <w:rPr>
          <w:color w:val="000000"/>
          <w:lang w:eastAsia="ko-KR"/>
        </w:rPr>
      </w:pPr>
    </w:p>
    <w:p w14:paraId="484AC610" w14:textId="77777777" w:rsidR="003756A6" w:rsidRPr="003756A6" w:rsidRDefault="003756A6" w:rsidP="00FC01B1">
      <w:pPr>
        <w:rPr>
          <w:color w:val="000000"/>
          <w:lang w:eastAsia="ko-KR"/>
        </w:rPr>
      </w:pPr>
    </w:p>
    <w:p w14:paraId="7ACB317D" w14:textId="00410C9D" w:rsidR="003756A6" w:rsidRDefault="003756A6" w:rsidP="00FC01B1">
      <w:pPr>
        <w:rPr>
          <w:b/>
          <w:color w:val="2E75B6"/>
          <w:sz w:val="26"/>
        </w:rPr>
      </w:pPr>
      <w:r>
        <w:rPr>
          <w:rFonts w:hint="eastAsia"/>
          <w:bCs/>
          <w:color w:val="000000" w:themeColor="text1"/>
          <w:sz w:val="22"/>
          <w:szCs w:val="18"/>
          <w:lang w:eastAsia="ko-KR"/>
        </w:rPr>
        <w:lastRenderedPageBreak/>
        <w:t>&lt;</w:t>
      </w:r>
      <w:r w:rsidR="001B52BD" w:rsidRPr="003756A6">
        <w:rPr>
          <w:bCs/>
          <w:color w:val="000000" w:themeColor="text1"/>
          <w:sz w:val="22"/>
          <w:szCs w:val="18"/>
          <w:lang w:eastAsia="ko-KR"/>
        </w:rPr>
        <w:t>서식 4</w:t>
      </w:r>
      <w:r>
        <w:rPr>
          <w:bCs/>
          <w:color w:val="000000" w:themeColor="text1"/>
          <w:sz w:val="22"/>
          <w:szCs w:val="18"/>
          <w:lang w:eastAsia="ko-KR"/>
        </w:rPr>
        <w:t>&gt;</w:t>
      </w:r>
    </w:p>
    <w:p w14:paraId="719F20EF" w14:textId="6DB95A54" w:rsidR="001D0660" w:rsidRPr="003756A6" w:rsidRDefault="001B52BD" w:rsidP="003756A6">
      <w:pPr>
        <w:jc w:val="center"/>
        <w:rPr>
          <w:b/>
          <w:color w:val="000000" w:themeColor="text1"/>
          <w:sz w:val="44"/>
          <w:szCs w:val="40"/>
          <w:lang w:eastAsia="ko-KR"/>
        </w:rPr>
      </w:pPr>
      <w:r w:rsidRPr="003756A6">
        <w:rPr>
          <w:b/>
          <w:color w:val="000000" w:themeColor="text1"/>
          <w:sz w:val="44"/>
          <w:szCs w:val="40"/>
          <w:lang w:eastAsia="ko-KR"/>
        </w:rPr>
        <w:t>투입인력 현황</w:t>
      </w: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1600"/>
        <w:gridCol w:w="1200"/>
        <w:gridCol w:w="1800"/>
        <w:gridCol w:w="1500"/>
        <w:gridCol w:w="2565"/>
        <w:gridCol w:w="1200"/>
      </w:tblGrid>
      <w:tr w:rsidR="001D0660" w:rsidRPr="00704766" w14:paraId="6D805DF3" w14:textId="77777777">
        <w:trPr>
          <w:cantSplit/>
          <w:tblHeader/>
        </w:trPr>
        <w:tc>
          <w:tcPr>
            <w:tcW w:w="16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0BF7766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구분</w:t>
            </w:r>
            <w:proofErr w:type="spellEnd"/>
          </w:p>
        </w:tc>
        <w:tc>
          <w:tcPr>
            <w:tcW w:w="12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C544039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성명</w:t>
            </w:r>
            <w:proofErr w:type="spellEnd"/>
          </w:p>
        </w:tc>
        <w:tc>
          <w:tcPr>
            <w:tcW w:w="18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309F14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소속·직위</w:t>
            </w:r>
            <w:proofErr w:type="spellEnd"/>
          </w:p>
        </w:tc>
        <w:tc>
          <w:tcPr>
            <w:tcW w:w="15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F53956F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경력</w:t>
            </w:r>
            <w:proofErr w:type="spellEnd"/>
          </w:p>
        </w:tc>
        <w:tc>
          <w:tcPr>
            <w:tcW w:w="256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498B4FE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담당업무</w:t>
            </w:r>
            <w:proofErr w:type="spellEnd"/>
          </w:p>
        </w:tc>
        <w:tc>
          <w:tcPr>
            <w:tcW w:w="12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1643CE1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현지</w:t>
            </w:r>
            <w:proofErr w:type="spellEnd"/>
            <w:r w:rsidRPr="003756A6">
              <w:rPr>
                <w:b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상주</w:t>
            </w:r>
            <w:proofErr w:type="spellEnd"/>
          </w:p>
        </w:tc>
      </w:tr>
      <w:tr w:rsidR="001D0660" w:rsidRPr="00704766" w14:paraId="39FA51A4" w14:textId="77777777">
        <w:trPr>
          <w:cantSplit/>
        </w:trPr>
        <w:tc>
          <w:tcPr>
            <w:tcW w:w="16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0A127CA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총괄책임자</w:t>
            </w:r>
            <w:proofErr w:type="spellEnd"/>
          </w:p>
        </w:tc>
        <w:tc>
          <w:tcPr>
            <w:tcW w:w="1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1805B9A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4472073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7B4BF36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C182F85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6E3BDF0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7FA3436C" w14:textId="77777777">
        <w:trPr>
          <w:cantSplit/>
        </w:trPr>
        <w:tc>
          <w:tcPr>
            <w:tcW w:w="16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31AD5EC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현지책임자</w:t>
            </w:r>
            <w:proofErr w:type="spellEnd"/>
          </w:p>
        </w:tc>
        <w:tc>
          <w:tcPr>
            <w:tcW w:w="12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78D944D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D7F3873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4A54B86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44F32EA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D610FAE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571708D8" w14:textId="77777777">
        <w:trPr>
          <w:cantSplit/>
        </w:trPr>
        <w:tc>
          <w:tcPr>
            <w:tcW w:w="16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55E95CC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통역</w:t>
            </w:r>
            <w:proofErr w:type="spellEnd"/>
          </w:p>
        </w:tc>
        <w:tc>
          <w:tcPr>
            <w:tcW w:w="1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8A58DDA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23F9666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C79955A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F6396C8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A9C3E82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6A7D9D20" w14:textId="77777777">
        <w:trPr>
          <w:cantSplit/>
        </w:trPr>
        <w:tc>
          <w:tcPr>
            <w:tcW w:w="16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9BB3DFB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운영담당</w:t>
            </w:r>
            <w:proofErr w:type="spellEnd"/>
          </w:p>
        </w:tc>
        <w:tc>
          <w:tcPr>
            <w:tcW w:w="12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F459529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B780A9A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73BA570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6469E51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E346117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3756A6" w:rsidRPr="00704766" w14:paraId="2C54F049" w14:textId="77777777">
        <w:trPr>
          <w:cantSplit/>
        </w:trPr>
        <w:tc>
          <w:tcPr>
            <w:tcW w:w="16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AB12D85" w14:textId="42215C2E" w:rsidR="003756A6" w:rsidRPr="003756A6" w:rsidRDefault="003756A6" w:rsidP="003756A6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20"/>
                <w:szCs w:val="20"/>
                <w:lang w:eastAsia="ko-KR"/>
              </w:rPr>
              <w:t>기타</w:t>
            </w:r>
          </w:p>
        </w:tc>
        <w:tc>
          <w:tcPr>
            <w:tcW w:w="12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A2C0B21" w14:textId="77777777" w:rsidR="003756A6" w:rsidRPr="003756A6" w:rsidRDefault="003756A6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6B3B33A" w14:textId="77777777" w:rsidR="003756A6" w:rsidRPr="003756A6" w:rsidRDefault="003756A6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6EF816C" w14:textId="77777777" w:rsidR="003756A6" w:rsidRPr="003756A6" w:rsidRDefault="003756A6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5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D4505C4" w14:textId="77777777" w:rsidR="003756A6" w:rsidRPr="003756A6" w:rsidRDefault="003756A6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BFB2205" w14:textId="77777777" w:rsidR="003756A6" w:rsidRPr="003756A6" w:rsidRDefault="003756A6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</w:tbl>
    <w:p w14:paraId="0C2A15EC" w14:textId="779D31B2" w:rsidR="001D0660" w:rsidRDefault="001B52BD" w:rsidP="00FC01B1">
      <w:pPr>
        <w:rPr>
          <w:color w:val="000000"/>
          <w:lang w:eastAsia="ko-KR"/>
        </w:rPr>
      </w:pPr>
      <w:r w:rsidRPr="003756A6">
        <w:rPr>
          <w:color w:val="000000"/>
          <w:lang w:eastAsia="ko-KR"/>
        </w:rPr>
        <w:t>※ 재직증명서, 경력증명서 또는 현지 협력관계를 증명할 수 있는 자료를 첨부합니다.</w:t>
      </w:r>
    </w:p>
    <w:p w14:paraId="64886A5B" w14:textId="60650617" w:rsidR="003756A6" w:rsidRDefault="003756A6" w:rsidP="00FC01B1">
      <w:pPr>
        <w:rPr>
          <w:color w:val="000000"/>
          <w:lang w:eastAsia="ko-KR"/>
        </w:rPr>
      </w:pPr>
    </w:p>
    <w:p w14:paraId="1EA782D0" w14:textId="1B5232F7" w:rsidR="003756A6" w:rsidRDefault="003756A6" w:rsidP="00FC01B1">
      <w:pPr>
        <w:rPr>
          <w:color w:val="000000"/>
          <w:lang w:eastAsia="ko-KR"/>
        </w:rPr>
      </w:pPr>
    </w:p>
    <w:p w14:paraId="3B79F98F" w14:textId="5167B5E5" w:rsidR="003756A6" w:rsidRDefault="003756A6" w:rsidP="00FC01B1">
      <w:pPr>
        <w:rPr>
          <w:color w:val="000000"/>
          <w:lang w:eastAsia="ko-KR"/>
        </w:rPr>
      </w:pPr>
    </w:p>
    <w:p w14:paraId="12B9EEF5" w14:textId="0210DB8A" w:rsidR="003756A6" w:rsidRDefault="003756A6" w:rsidP="00FC01B1">
      <w:pPr>
        <w:rPr>
          <w:color w:val="000000"/>
          <w:lang w:eastAsia="ko-KR"/>
        </w:rPr>
      </w:pPr>
    </w:p>
    <w:p w14:paraId="5BC2E8E4" w14:textId="5F6D4FAA" w:rsidR="003756A6" w:rsidRDefault="003756A6" w:rsidP="00FC01B1">
      <w:pPr>
        <w:rPr>
          <w:color w:val="000000"/>
          <w:lang w:eastAsia="ko-KR"/>
        </w:rPr>
      </w:pPr>
    </w:p>
    <w:p w14:paraId="7F961F9F" w14:textId="3D48020F" w:rsidR="003756A6" w:rsidRDefault="003756A6" w:rsidP="00FC01B1">
      <w:pPr>
        <w:rPr>
          <w:color w:val="000000"/>
          <w:lang w:eastAsia="ko-KR"/>
        </w:rPr>
      </w:pPr>
    </w:p>
    <w:p w14:paraId="0E83D77D" w14:textId="72EE884F" w:rsidR="003756A6" w:rsidRDefault="003756A6" w:rsidP="00FC01B1">
      <w:pPr>
        <w:rPr>
          <w:color w:val="000000"/>
          <w:lang w:eastAsia="ko-KR"/>
        </w:rPr>
      </w:pPr>
    </w:p>
    <w:p w14:paraId="43F03DDA" w14:textId="7281B779" w:rsidR="003756A6" w:rsidRDefault="003756A6" w:rsidP="00FC01B1">
      <w:pPr>
        <w:rPr>
          <w:color w:val="000000"/>
          <w:lang w:eastAsia="ko-KR"/>
        </w:rPr>
      </w:pPr>
    </w:p>
    <w:p w14:paraId="756890A5" w14:textId="14DA1C51" w:rsidR="003756A6" w:rsidRDefault="003756A6" w:rsidP="00FC01B1">
      <w:pPr>
        <w:rPr>
          <w:color w:val="000000"/>
          <w:lang w:eastAsia="ko-KR"/>
        </w:rPr>
      </w:pPr>
    </w:p>
    <w:p w14:paraId="0E7D0D78" w14:textId="6E7A775A" w:rsidR="003756A6" w:rsidRDefault="003756A6" w:rsidP="00FC01B1">
      <w:pPr>
        <w:rPr>
          <w:color w:val="000000"/>
          <w:lang w:eastAsia="ko-KR"/>
        </w:rPr>
      </w:pPr>
    </w:p>
    <w:p w14:paraId="6B41B1D3" w14:textId="524FEEDA" w:rsidR="003756A6" w:rsidRDefault="003756A6" w:rsidP="00FC01B1">
      <w:pPr>
        <w:rPr>
          <w:color w:val="000000"/>
          <w:lang w:eastAsia="ko-KR"/>
        </w:rPr>
      </w:pPr>
    </w:p>
    <w:p w14:paraId="5F8AFD21" w14:textId="1FB382C7" w:rsidR="003756A6" w:rsidRDefault="003756A6" w:rsidP="00FC01B1">
      <w:pPr>
        <w:rPr>
          <w:color w:val="000000"/>
          <w:lang w:eastAsia="ko-KR"/>
        </w:rPr>
      </w:pPr>
    </w:p>
    <w:p w14:paraId="44ACC769" w14:textId="77777777" w:rsidR="00A266D0" w:rsidRDefault="00A266D0" w:rsidP="00FC01B1">
      <w:pPr>
        <w:rPr>
          <w:color w:val="000000"/>
          <w:lang w:eastAsia="ko-KR"/>
        </w:rPr>
      </w:pPr>
    </w:p>
    <w:p w14:paraId="2552425A" w14:textId="77777777" w:rsidR="003756A6" w:rsidRPr="003756A6" w:rsidRDefault="003756A6" w:rsidP="00FC01B1">
      <w:pPr>
        <w:rPr>
          <w:color w:val="000000"/>
          <w:lang w:eastAsia="ko-KR"/>
        </w:rPr>
      </w:pPr>
    </w:p>
    <w:p w14:paraId="1D1D3AC7" w14:textId="77777777" w:rsidR="003756A6" w:rsidRDefault="003756A6" w:rsidP="00FC01B1">
      <w:pPr>
        <w:rPr>
          <w:bCs/>
          <w:color w:val="000000" w:themeColor="text1"/>
          <w:sz w:val="22"/>
          <w:szCs w:val="18"/>
          <w:lang w:eastAsia="ko-KR"/>
        </w:rPr>
      </w:pPr>
      <w:r>
        <w:rPr>
          <w:rFonts w:hint="eastAsia"/>
          <w:bCs/>
          <w:color w:val="000000" w:themeColor="text1"/>
          <w:sz w:val="22"/>
          <w:szCs w:val="18"/>
          <w:lang w:eastAsia="ko-KR"/>
        </w:rPr>
        <w:lastRenderedPageBreak/>
        <w:t>&lt;</w:t>
      </w:r>
      <w:r w:rsidR="001B52BD" w:rsidRPr="003756A6">
        <w:rPr>
          <w:bCs/>
          <w:color w:val="000000" w:themeColor="text1"/>
          <w:sz w:val="22"/>
          <w:szCs w:val="18"/>
          <w:lang w:eastAsia="ko-KR"/>
        </w:rPr>
        <w:t>서식 5</w:t>
      </w:r>
      <w:r>
        <w:rPr>
          <w:bCs/>
          <w:color w:val="000000" w:themeColor="text1"/>
          <w:sz w:val="22"/>
          <w:szCs w:val="18"/>
          <w:lang w:eastAsia="ko-KR"/>
        </w:rPr>
        <w:t>&gt;</w:t>
      </w:r>
    </w:p>
    <w:p w14:paraId="4597B967" w14:textId="6ADF8C7B" w:rsidR="001D0660" w:rsidRPr="003756A6" w:rsidRDefault="001B52BD" w:rsidP="003756A6">
      <w:pPr>
        <w:jc w:val="center"/>
        <w:rPr>
          <w:b/>
          <w:color w:val="000000" w:themeColor="text1"/>
          <w:sz w:val="44"/>
          <w:szCs w:val="40"/>
          <w:lang w:eastAsia="ko-KR"/>
        </w:rPr>
      </w:pPr>
      <w:r w:rsidRPr="003756A6">
        <w:rPr>
          <w:b/>
          <w:color w:val="000000" w:themeColor="text1"/>
          <w:sz w:val="44"/>
          <w:szCs w:val="40"/>
          <w:lang w:eastAsia="ko-KR"/>
        </w:rPr>
        <w:t xml:space="preserve"> 가격제안서</w:t>
      </w: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2050"/>
        <w:gridCol w:w="7815"/>
      </w:tblGrid>
      <w:tr w:rsidR="001D0660" w:rsidRPr="00704766" w14:paraId="5C7DFA1E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8B086DF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000000"/>
                <w:sz w:val="20"/>
                <w:szCs w:val="20"/>
              </w:rPr>
              <w:t>사업명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330CC6" w14:textId="76189C11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  <w:lang w:eastAsia="ko-KR"/>
              </w:rPr>
            </w:pPr>
            <w:r w:rsidRPr="003756A6">
              <w:rPr>
                <w:color w:val="000000"/>
                <w:sz w:val="20"/>
                <w:szCs w:val="20"/>
                <w:lang w:eastAsia="ko-KR"/>
              </w:rPr>
              <w:t>2027시즌 제주 SK FC 일본 전지훈련 운영 대행 용역</w:t>
            </w:r>
          </w:p>
        </w:tc>
      </w:tr>
      <w:tr w:rsidR="001D0660" w:rsidRPr="00704766" w14:paraId="7E455E58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7F14A35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000000"/>
                <w:sz w:val="20"/>
                <w:szCs w:val="20"/>
              </w:rPr>
              <w:t>제안금액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EB8B004" w14:textId="6BA727D4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r w:rsidRPr="003756A6">
              <w:rPr>
                <w:color w:val="000000"/>
                <w:sz w:val="20"/>
                <w:szCs w:val="20"/>
              </w:rPr>
              <w:t xml:space="preserve">금                              </w:t>
            </w:r>
            <w:proofErr w:type="spellStart"/>
            <w:r w:rsidRPr="003756A6">
              <w:rPr>
                <w:color w:val="000000"/>
                <w:sz w:val="20"/>
                <w:szCs w:val="20"/>
              </w:rPr>
              <w:t>원정</w:t>
            </w:r>
            <w:proofErr w:type="spellEnd"/>
            <w:r w:rsidRPr="003756A6">
              <w:rPr>
                <w:color w:val="000000"/>
                <w:sz w:val="20"/>
                <w:szCs w:val="20"/>
              </w:rPr>
              <w:t xml:space="preserve"> (₩                       </w:t>
            </w:r>
            <w:proofErr w:type="gramStart"/>
            <w:r w:rsidRPr="003756A6">
              <w:rPr>
                <w:color w:val="000000"/>
                <w:sz w:val="20"/>
                <w:szCs w:val="20"/>
              </w:rPr>
              <w:t xml:space="preserve">  )</w:t>
            </w:r>
            <w:proofErr w:type="gramEnd"/>
            <w:r w:rsidR="003756A6">
              <w:rPr>
                <w:color w:val="000000"/>
                <w:sz w:val="20"/>
                <w:szCs w:val="20"/>
              </w:rPr>
              <w:t xml:space="preserve"> / VAT</w:t>
            </w:r>
            <w:r w:rsidR="003756A6">
              <w:rPr>
                <w:rFonts w:hint="eastAsia"/>
                <w:color w:val="000000"/>
                <w:sz w:val="20"/>
                <w:szCs w:val="20"/>
                <w:lang w:eastAsia="ko-KR"/>
              </w:rPr>
              <w:t>별도</w:t>
            </w:r>
          </w:p>
        </w:tc>
      </w:tr>
      <w:tr w:rsidR="001D0660" w:rsidRPr="00704766" w14:paraId="7FE4205F" w14:textId="77777777">
        <w:trPr>
          <w:cantSplit/>
        </w:trPr>
        <w:tc>
          <w:tcPr>
            <w:tcW w:w="2050" w:type="dxa"/>
            <w:shd w:val="clear" w:color="auto" w:fill="D9EAF7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3560594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000000"/>
                <w:sz w:val="20"/>
                <w:szCs w:val="20"/>
              </w:rPr>
              <w:t>가격</w:t>
            </w:r>
            <w:proofErr w:type="spellEnd"/>
            <w:r w:rsidRPr="003756A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56A6">
              <w:rPr>
                <w:b/>
                <w:color w:val="000000"/>
                <w:sz w:val="20"/>
                <w:szCs w:val="20"/>
              </w:rPr>
              <w:t>유효기간</w:t>
            </w:r>
            <w:proofErr w:type="spellEnd"/>
          </w:p>
        </w:tc>
        <w:tc>
          <w:tcPr>
            <w:tcW w:w="781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620B59E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  <w:lang w:eastAsia="ko-KR"/>
              </w:rPr>
            </w:pPr>
            <w:r w:rsidRPr="003756A6">
              <w:rPr>
                <w:color w:val="000000"/>
                <w:sz w:val="20"/>
                <w:szCs w:val="20"/>
                <w:lang w:eastAsia="ko-KR"/>
              </w:rPr>
              <w:t>제안서 제출일로부터             일</w:t>
            </w:r>
          </w:p>
        </w:tc>
      </w:tr>
    </w:tbl>
    <w:p w14:paraId="6DBAE2A2" w14:textId="77777777" w:rsidR="001D0660" w:rsidRPr="00704766" w:rsidRDefault="001D0660" w:rsidP="00FC01B1">
      <w:pPr>
        <w:rPr>
          <w:lang w:eastAsia="ko-KR"/>
        </w:rPr>
      </w:pPr>
    </w:p>
    <w:tbl>
      <w:tblPr>
        <w:tblW w:w="9865" w:type="dxa"/>
        <w:tblInd w:w="120" w:type="dxa"/>
        <w:tblBorders>
          <w:top w:val="single" w:sz="6" w:space="0" w:color="B7C2CE"/>
          <w:left w:val="single" w:sz="6" w:space="0" w:color="B7C2CE"/>
          <w:bottom w:val="single" w:sz="6" w:space="0" w:color="B7C2CE"/>
          <w:right w:val="single" w:sz="6" w:space="0" w:color="B7C2CE"/>
          <w:insideH w:val="single" w:sz="6" w:space="0" w:color="B7C2CE"/>
          <w:insideV w:val="single" w:sz="6" w:space="0" w:color="B7C2CE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4565"/>
        <w:gridCol w:w="2100"/>
        <w:gridCol w:w="1400"/>
      </w:tblGrid>
      <w:tr w:rsidR="001D0660" w:rsidRPr="00704766" w14:paraId="10EF52FA" w14:textId="77777777">
        <w:trPr>
          <w:cantSplit/>
          <w:tblHeader/>
        </w:trPr>
        <w:tc>
          <w:tcPr>
            <w:tcW w:w="18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5954016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구분</w:t>
            </w:r>
            <w:proofErr w:type="spellEnd"/>
          </w:p>
        </w:tc>
        <w:tc>
          <w:tcPr>
            <w:tcW w:w="4565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9C860BD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산출근거</w:t>
            </w:r>
            <w:proofErr w:type="spellEnd"/>
          </w:p>
        </w:tc>
        <w:tc>
          <w:tcPr>
            <w:tcW w:w="21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33F6D8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금액</w:t>
            </w:r>
            <w:proofErr w:type="spellEnd"/>
          </w:p>
        </w:tc>
        <w:tc>
          <w:tcPr>
            <w:tcW w:w="1400" w:type="dxa"/>
            <w:shd w:val="clear" w:color="auto" w:fill="17365D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F91A18B" w14:textId="77777777" w:rsidR="001D0660" w:rsidRPr="003756A6" w:rsidRDefault="001B52BD" w:rsidP="003756A6">
            <w:pPr>
              <w:spacing w:after="0"/>
              <w:jc w:val="center"/>
              <w:rPr>
                <w:b/>
                <w:color w:val="FFFFFF"/>
                <w:sz w:val="20"/>
                <w:szCs w:val="20"/>
              </w:rPr>
            </w:pPr>
            <w:proofErr w:type="spellStart"/>
            <w:r w:rsidRPr="003756A6">
              <w:rPr>
                <w:b/>
                <w:color w:val="FFFFFF"/>
                <w:sz w:val="20"/>
                <w:szCs w:val="20"/>
              </w:rPr>
              <w:t>비고</w:t>
            </w:r>
            <w:proofErr w:type="spellEnd"/>
          </w:p>
        </w:tc>
      </w:tr>
      <w:tr w:rsidR="001D0660" w:rsidRPr="00704766" w14:paraId="0B099F5D" w14:textId="77777777" w:rsidTr="003756A6">
        <w:trPr>
          <w:cantSplit/>
        </w:trPr>
        <w:tc>
          <w:tcPr>
            <w:tcW w:w="18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7F3355B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숙박</w:t>
            </w:r>
            <w:proofErr w:type="spellEnd"/>
          </w:p>
        </w:tc>
        <w:tc>
          <w:tcPr>
            <w:tcW w:w="45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85299C9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3E27090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105152A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0A5B97AC" w14:textId="77777777" w:rsidTr="003756A6">
        <w:trPr>
          <w:cantSplit/>
        </w:trPr>
        <w:tc>
          <w:tcPr>
            <w:tcW w:w="18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B33619E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식음료</w:t>
            </w:r>
            <w:proofErr w:type="spellEnd"/>
          </w:p>
        </w:tc>
        <w:tc>
          <w:tcPr>
            <w:tcW w:w="45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D34B208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99EA941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6D02656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7CE7759E" w14:textId="77777777" w:rsidTr="003756A6">
        <w:trPr>
          <w:cantSplit/>
        </w:trPr>
        <w:tc>
          <w:tcPr>
            <w:tcW w:w="18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6D66092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훈련시설</w:t>
            </w:r>
            <w:proofErr w:type="spellEnd"/>
          </w:p>
        </w:tc>
        <w:tc>
          <w:tcPr>
            <w:tcW w:w="45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943BEFF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702FD26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8B683B5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2406FBD0" w14:textId="77777777" w:rsidTr="003756A6">
        <w:trPr>
          <w:cantSplit/>
        </w:trPr>
        <w:tc>
          <w:tcPr>
            <w:tcW w:w="18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6981772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현지</w:t>
            </w:r>
            <w:proofErr w:type="spellEnd"/>
            <w:r w:rsidRPr="003756A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56A6">
              <w:rPr>
                <w:color w:val="000000"/>
                <w:sz w:val="20"/>
                <w:szCs w:val="20"/>
              </w:rPr>
              <w:t>차량·물류</w:t>
            </w:r>
            <w:proofErr w:type="spellEnd"/>
          </w:p>
        </w:tc>
        <w:tc>
          <w:tcPr>
            <w:tcW w:w="45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3C863BB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9A6C550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DEC79BB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78A28290" w14:textId="77777777" w:rsidTr="003756A6">
        <w:trPr>
          <w:cantSplit/>
        </w:trPr>
        <w:tc>
          <w:tcPr>
            <w:tcW w:w="18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AF71E39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연습경기</w:t>
            </w:r>
            <w:proofErr w:type="spellEnd"/>
          </w:p>
        </w:tc>
        <w:tc>
          <w:tcPr>
            <w:tcW w:w="45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54F4B5F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E0B4D1C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299FD98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4D1146A7" w14:textId="77777777" w:rsidTr="003756A6">
        <w:trPr>
          <w:cantSplit/>
        </w:trPr>
        <w:tc>
          <w:tcPr>
            <w:tcW w:w="18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D77C00F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현지</w:t>
            </w:r>
            <w:proofErr w:type="spellEnd"/>
            <w:r w:rsidRPr="003756A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56A6">
              <w:rPr>
                <w:color w:val="000000"/>
                <w:sz w:val="20"/>
                <w:szCs w:val="20"/>
              </w:rPr>
              <w:t>인력·통역</w:t>
            </w:r>
            <w:proofErr w:type="spellEnd"/>
          </w:p>
        </w:tc>
        <w:tc>
          <w:tcPr>
            <w:tcW w:w="45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60FA8BC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1C9115B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9ABC0D3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32ED2EF9" w14:textId="77777777" w:rsidTr="003756A6">
        <w:trPr>
          <w:cantSplit/>
        </w:trPr>
        <w:tc>
          <w:tcPr>
            <w:tcW w:w="18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AD05301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보험·안전</w:t>
            </w:r>
            <w:proofErr w:type="spellEnd"/>
          </w:p>
        </w:tc>
        <w:tc>
          <w:tcPr>
            <w:tcW w:w="4565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150D1B24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2D6FC63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shd w:val="clear" w:color="auto" w:fill="FAFBFC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7C9D204D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65AC9E0B" w14:textId="77777777" w:rsidTr="003756A6">
        <w:trPr>
          <w:cantSplit/>
        </w:trPr>
        <w:tc>
          <w:tcPr>
            <w:tcW w:w="18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02FC9D1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기타</w:t>
            </w:r>
            <w:proofErr w:type="spellEnd"/>
          </w:p>
        </w:tc>
        <w:tc>
          <w:tcPr>
            <w:tcW w:w="4565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45E3C14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3E33AD59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shd w:val="clear" w:color="auto" w:fill="FFFFFF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5F8E0041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1D0660" w:rsidRPr="00704766" w14:paraId="055C5B2A" w14:textId="77777777" w:rsidTr="003756A6">
        <w:trPr>
          <w:cantSplit/>
        </w:trPr>
        <w:tc>
          <w:tcPr>
            <w:tcW w:w="1800" w:type="dxa"/>
            <w:shd w:val="clear" w:color="auto" w:fill="DAEEF3" w:themeFill="accent5" w:themeFillTint="33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2A38036F" w14:textId="77777777" w:rsidR="001D0660" w:rsidRPr="003756A6" w:rsidRDefault="001B52BD" w:rsidP="003756A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3756A6">
              <w:rPr>
                <w:color w:val="000000"/>
                <w:sz w:val="20"/>
                <w:szCs w:val="20"/>
              </w:rPr>
              <w:t>합계</w:t>
            </w:r>
            <w:proofErr w:type="spellEnd"/>
          </w:p>
        </w:tc>
        <w:tc>
          <w:tcPr>
            <w:tcW w:w="4565" w:type="dxa"/>
            <w:shd w:val="clear" w:color="auto" w:fill="DAEEF3" w:themeFill="accent5" w:themeFillTint="33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41E88155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DAEEF3" w:themeFill="accent5" w:themeFillTint="33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0FB662B6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shd w:val="clear" w:color="auto" w:fill="DAEEF3" w:themeFill="accent5" w:themeFillTint="33"/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</w:tcPr>
          <w:p w14:paraId="62F5A8DF" w14:textId="77777777" w:rsidR="001D0660" w:rsidRPr="003756A6" w:rsidRDefault="001D0660" w:rsidP="003756A6">
            <w:pPr>
              <w:spacing w:after="0"/>
              <w:jc w:val="center"/>
              <w:rPr>
                <w:sz w:val="20"/>
                <w:szCs w:val="20"/>
              </w:rPr>
            </w:pPr>
          </w:p>
        </w:tc>
      </w:tr>
    </w:tbl>
    <w:p w14:paraId="3238B674" w14:textId="431EF39F" w:rsidR="00AE4CBC" w:rsidRDefault="00AE4CBC" w:rsidP="00A266D0">
      <w:pPr>
        <w:spacing w:after="0"/>
        <w:rPr>
          <w:color w:val="000000"/>
          <w:lang w:eastAsia="ko-KR"/>
        </w:rPr>
      </w:pPr>
      <w:r w:rsidRPr="003756A6">
        <w:rPr>
          <w:color w:val="000000"/>
          <w:lang w:eastAsia="ko-KR"/>
        </w:rPr>
        <w:t>※</w:t>
      </w:r>
      <w:r>
        <w:rPr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호텔 견적(숙박,</w:t>
      </w:r>
      <w:r>
        <w:rPr>
          <w:color w:val="000000"/>
          <w:lang w:eastAsia="ko-KR"/>
        </w:rPr>
        <w:t xml:space="preserve"> </w:t>
      </w:r>
      <w:r>
        <w:rPr>
          <w:rFonts w:hint="eastAsia"/>
          <w:color w:val="000000"/>
          <w:lang w:eastAsia="ko-KR"/>
        </w:rPr>
        <w:t>식음료 등)의 경우,</w:t>
      </w:r>
      <w:r>
        <w:rPr>
          <w:color w:val="000000"/>
          <w:lang w:eastAsia="ko-KR"/>
        </w:rPr>
        <w:t xml:space="preserve"> </w:t>
      </w:r>
      <w:r w:rsidRPr="00AE4CBC">
        <w:rPr>
          <w:rFonts w:hint="eastAsia"/>
          <w:color w:val="FF0000"/>
          <w:u w:val="single"/>
          <w:lang w:eastAsia="ko-KR"/>
        </w:rPr>
        <w:t>현지 호텔측 제시한 실 견적비용(</w:t>
      </w:r>
      <w:proofErr w:type="spellStart"/>
      <w:r w:rsidRPr="00AE4CBC">
        <w:rPr>
          <w:rFonts w:hint="eastAsia"/>
          <w:color w:val="FF0000"/>
          <w:u w:val="single"/>
          <w:lang w:eastAsia="ko-KR"/>
        </w:rPr>
        <w:t>날인본</w:t>
      </w:r>
      <w:proofErr w:type="spellEnd"/>
      <w:r w:rsidRPr="00AE4CBC">
        <w:rPr>
          <w:rFonts w:hint="eastAsia"/>
          <w:color w:val="FF0000"/>
          <w:u w:val="single"/>
          <w:lang w:eastAsia="ko-KR"/>
        </w:rPr>
        <w:t>)</w:t>
      </w:r>
      <w:r w:rsidRPr="00AE4CBC">
        <w:rPr>
          <w:color w:val="FF0000"/>
          <w:u w:val="single"/>
          <w:lang w:eastAsia="ko-KR"/>
        </w:rPr>
        <w:t xml:space="preserve"> </w:t>
      </w:r>
      <w:r w:rsidRPr="00AE4CBC">
        <w:rPr>
          <w:rFonts w:hint="eastAsia"/>
          <w:color w:val="FF0000"/>
          <w:u w:val="single"/>
          <w:lang w:eastAsia="ko-KR"/>
        </w:rPr>
        <w:t>포함</w:t>
      </w:r>
      <w:r>
        <w:rPr>
          <w:rFonts w:hint="eastAsia"/>
          <w:color w:val="000000"/>
          <w:lang w:eastAsia="ko-KR"/>
        </w:rPr>
        <w:t>하여 제출합니다.</w:t>
      </w:r>
    </w:p>
    <w:p w14:paraId="641F623D" w14:textId="75289DC0" w:rsidR="00A266D0" w:rsidRPr="00A266D0" w:rsidRDefault="00A266D0" w:rsidP="00A266D0">
      <w:pPr>
        <w:spacing w:after="0"/>
        <w:rPr>
          <w:color w:val="000000"/>
          <w:lang w:eastAsia="ko-KR"/>
        </w:rPr>
      </w:pPr>
      <w:r w:rsidRPr="003756A6">
        <w:rPr>
          <w:color w:val="000000"/>
          <w:lang w:eastAsia="ko-KR"/>
        </w:rPr>
        <w:t>※</w:t>
      </w:r>
      <w:r>
        <w:rPr>
          <w:color w:val="000000"/>
          <w:lang w:eastAsia="ko-KR"/>
        </w:rPr>
        <w:t xml:space="preserve"> </w:t>
      </w:r>
      <w:r w:rsidRPr="003756A6">
        <w:rPr>
          <w:color w:val="000000"/>
          <w:sz w:val="20"/>
          <w:lang w:eastAsia="ko-KR"/>
        </w:rPr>
        <w:t>부가가치세</w:t>
      </w:r>
      <w:r>
        <w:rPr>
          <w:rFonts w:hint="eastAsia"/>
          <w:color w:val="000000"/>
          <w:sz w:val="20"/>
          <w:lang w:eastAsia="ko-KR"/>
        </w:rPr>
        <w:t xml:space="preserve">는 </w:t>
      </w:r>
      <w:proofErr w:type="gramStart"/>
      <w:r>
        <w:rPr>
          <w:rFonts w:hint="eastAsia"/>
          <w:color w:val="000000"/>
          <w:sz w:val="20"/>
          <w:lang w:eastAsia="ko-KR"/>
        </w:rPr>
        <w:t>별도 입니다</w:t>
      </w:r>
      <w:proofErr w:type="gramEnd"/>
      <w:r>
        <w:rPr>
          <w:rFonts w:hint="eastAsia"/>
          <w:color w:val="000000"/>
          <w:sz w:val="20"/>
          <w:lang w:eastAsia="ko-KR"/>
        </w:rPr>
        <w:t>.</w:t>
      </w:r>
    </w:p>
    <w:p w14:paraId="0F38D728" w14:textId="15AB0E9C" w:rsidR="001D0660" w:rsidRDefault="003756A6" w:rsidP="00A266D0">
      <w:pPr>
        <w:spacing w:after="0"/>
        <w:rPr>
          <w:color w:val="000000"/>
          <w:sz w:val="20"/>
          <w:lang w:eastAsia="ko-KR"/>
        </w:rPr>
      </w:pPr>
      <w:r w:rsidRPr="003756A6">
        <w:rPr>
          <w:color w:val="000000"/>
          <w:lang w:eastAsia="ko-KR"/>
        </w:rPr>
        <w:t>※</w:t>
      </w:r>
      <w:r>
        <w:rPr>
          <w:color w:val="000000"/>
          <w:lang w:eastAsia="ko-KR"/>
        </w:rPr>
        <w:t xml:space="preserve"> </w:t>
      </w:r>
      <w:r w:rsidR="001B52BD" w:rsidRPr="003756A6">
        <w:rPr>
          <w:color w:val="000000"/>
          <w:sz w:val="20"/>
          <w:lang w:eastAsia="ko-KR"/>
        </w:rPr>
        <w:t>위 금액은 제안 과업을 이행하는 데 필요한 모든 비용을 포함한 금액이며, 세부 산출내역서를 별첨합니다.</w:t>
      </w:r>
    </w:p>
    <w:p w14:paraId="50D8AF2C" w14:textId="77777777" w:rsidR="003756A6" w:rsidRPr="00704766" w:rsidRDefault="003756A6" w:rsidP="00FC01B1">
      <w:pPr>
        <w:rPr>
          <w:lang w:eastAsia="ko-KR"/>
        </w:rPr>
      </w:pPr>
    </w:p>
    <w:p w14:paraId="12A2E297" w14:textId="77777777" w:rsidR="001D0660" w:rsidRPr="00704766" w:rsidRDefault="001B52BD" w:rsidP="003756A6">
      <w:pPr>
        <w:jc w:val="center"/>
        <w:rPr>
          <w:lang w:eastAsia="ko-KR"/>
        </w:rPr>
      </w:pPr>
      <w:r w:rsidRPr="00704766">
        <w:rPr>
          <w:color w:val="000000"/>
          <w:sz w:val="22"/>
          <w:lang w:eastAsia="ko-KR"/>
        </w:rPr>
        <w:t>2026년        월        일</w:t>
      </w:r>
    </w:p>
    <w:p w14:paraId="13106A7E" w14:textId="77777777" w:rsidR="003756A6" w:rsidRDefault="003756A6" w:rsidP="003756A6">
      <w:pPr>
        <w:rPr>
          <w:color w:val="000000"/>
          <w:lang w:eastAsia="ko-KR"/>
        </w:rPr>
      </w:pPr>
    </w:p>
    <w:p w14:paraId="5C685119" w14:textId="68C97167" w:rsidR="003756A6" w:rsidRDefault="003756A6" w:rsidP="003756A6">
      <w:pPr>
        <w:rPr>
          <w:color w:val="000000"/>
          <w:lang w:eastAsia="ko-KR"/>
        </w:rPr>
      </w:pPr>
      <w:proofErr w:type="gramStart"/>
      <w:r w:rsidRPr="00704766">
        <w:rPr>
          <w:color w:val="000000"/>
          <w:lang w:eastAsia="ko-KR"/>
        </w:rPr>
        <w:t>신청인  업체명</w:t>
      </w:r>
      <w:proofErr w:type="gramEnd"/>
      <w:r w:rsidRPr="00704766">
        <w:rPr>
          <w:color w:val="000000"/>
          <w:lang w:eastAsia="ko-KR"/>
        </w:rPr>
        <w:t xml:space="preserve">:                              </w:t>
      </w:r>
    </w:p>
    <w:p w14:paraId="28FC0E9D" w14:textId="77777777" w:rsidR="003756A6" w:rsidRPr="00704766" w:rsidRDefault="003756A6" w:rsidP="003756A6">
      <w:pPr>
        <w:ind w:firstLineChars="350" w:firstLine="735"/>
        <w:rPr>
          <w:lang w:eastAsia="ko-KR"/>
        </w:rPr>
      </w:pPr>
      <w:r w:rsidRPr="00704766">
        <w:rPr>
          <w:color w:val="000000"/>
          <w:lang w:eastAsia="ko-KR"/>
        </w:rPr>
        <w:t>대표자:                         (인)</w:t>
      </w:r>
    </w:p>
    <w:p w14:paraId="5236B277" w14:textId="77777777" w:rsidR="00AE4CBC" w:rsidRDefault="00AE4CBC" w:rsidP="00FC01B1">
      <w:pPr>
        <w:rPr>
          <w:bCs/>
          <w:color w:val="000000" w:themeColor="text1"/>
          <w:sz w:val="22"/>
          <w:szCs w:val="18"/>
          <w:lang w:eastAsia="ko-KR"/>
        </w:rPr>
      </w:pPr>
    </w:p>
    <w:p w14:paraId="4FD21D9D" w14:textId="48FDF898" w:rsidR="003756A6" w:rsidRDefault="003756A6" w:rsidP="00FC01B1">
      <w:pPr>
        <w:rPr>
          <w:b/>
          <w:color w:val="2E75B6"/>
          <w:sz w:val="26"/>
          <w:lang w:eastAsia="ko-KR"/>
        </w:rPr>
      </w:pPr>
      <w:r>
        <w:rPr>
          <w:rFonts w:hint="eastAsia"/>
          <w:bCs/>
          <w:color w:val="000000" w:themeColor="text1"/>
          <w:sz w:val="22"/>
          <w:szCs w:val="18"/>
          <w:lang w:eastAsia="ko-KR"/>
        </w:rPr>
        <w:lastRenderedPageBreak/>
        <w:t>&lt;</w:t>
      </w:r>
      <w:r w:rsidR="001B52BD" w:rsidRPr="003756A6">
        <w:rPr>
          <w:bCs/>
          <w:color w:val="000000" w:themeColor="text1"/>
          <w:sz w:val="22"/>
          <w:szCs w:val="18"/>
          <w:lang w:eastAsia="ko-KR"/>
        </w:rPr>
        <w:t>서식 6</w:t>
      </w:r>
      <w:r>
        <w:rPr>
          <w:bCs/>
          <w:color w:val="000000" w:themeColor="text1"/>
          <w:sz w:val="22"/>
          <w:szCs w:val="18"/>
          <w:lang w:eastAsia="ko-KR"/>
        </w:rPr>
        <w:t>&gt;</w:t>
      </w:r>
      <w:r w:rsidR="001B52BD" w:rsidRPr="00704766">
        <w:rPr>
          <w:b/>
          <w:color w:val="2E75B6"/>
          <w:sz w:val="26"/>
          <w:lang w:eastAsia="ko-KR"/>
        </w:rPr>
        <w:t xml:space="preserve"> </w:t>
      </w:r>
    </w:p>
    <w:p w14:paraId="36B71DF5" w14:textId="31C46366" w:rsidR="001D0660" w:rsidRPr="003756A6" w:rsidRDefault="001B52BD" w:rsidP="003756A6">
      <w:pPr>
        <w:jc w:val="center"/>
        <w:rPr>
          <w:b/>
          <w:color w:val="000000" w:themeColor="text1"/>
          <w:sz w:val="44"/>
          <w:szCs w:val="40"/>
          <w:lang w:eastAsia="ko-KR"/>
        </w:rPr>
      </w:pPr>
      <w:r w:rsidRPr="003756A6">
        <w:rPr>
          <w:b/>
          <w:color w:val="000000" w:themeColor="text1"/>
          <w:sz w:val="44"/>
          <w:szCs w:val="40"/>
          <w:lang w:eastAsia="ko-KR"/>
        </w:rPr>
        <w:t>서약서</w:t>
      </w:r>
      <w:r w:rsidR="003756A6">
        <w:rPr>
          <w:rFonts w:hint="eastAsia"/>
          <w:b/>
          <w:color w:val="000000" w:themeColor="text1"/>
          <w:sz w:val="44"/>
          <w:szCs w:val="40"/>
          <w:lang w:eastAsia="ko-KR"/>
        </w:rPr>
        <w:t xml:space="preserve"> 및 </w:t>
      </w:r>
      <w:proofErr w:type="spellStart"/>
      <w:r w:rsidR="003756A6">
        <w:rPr>
          <w:rFonts w:hint="eastAsia"/>
          <w:b/>
          <w:color w:val="000000" w:themeColor="text1"/>
          <w:sz w:val="44"/>
          <w:szCs w:val="40"/>
          <w:lang w:eastAsia="ko-KR"/>
        </w:rPr>
        <w:t>보안·개인정</w:t>
      </w:r>
      <w:proofErr w:type="spellEnd"/>
      <w:r w:rsidR="003756A6">
        <w:rPr>
          <w:rFonts w:hint="eastAsia"/>
          <w:b/>
          <w:color w:val="000000" w:themeColor="text1"/>
          <w:sz w:val="44"/>
          <w:szCs w:val="40"/>
          <w:lang w:eastAsia="ko-KR"/>
        </w:rPr>
        <w:t xml:space="preserve"> 준수확약서</w:t>
      </w:r>
    </w:p>
    <w:p w14:paraId="2A05070A" w14:textId="77777777" w:rsidR="001D0660" w:rsidRPr="00704766" w:rsidRDefault="001B52BD" w:rsidP="00FC01B1">
      <w:pPr>
        <w:rPr>
          <w:lang w:eastAsia="ko-KR"/>
        </w:rPr>
      </w:pPr>
      <w:r w:rsidRPr="00704766">
        <w:rPr>
          <w:color w:val="000000"/>
          <w:lang w:eastAsia="ko-KR"/>
        </w:rPr>
        <w:t>당사는 본 입찰에 참가함에 있어 다음 사항을 준수할 것을 서약합니다.</w:t>
      </w:r>
    </w:p>
    <w:p w14:paraId="1DEBC59B" w14:textId="77777777" w:rsidR="001D0660" w:rsidRPr="00704766" w:rsidRDefault="001B52BD" w:rsidP="00FC01B1">
      <w:pPr>
        <w:rPr>
          <w:lang w:eastAsia="ko-KR"/>
        </w:rPr>
      </w:pPr>
      <w:r w:rsidRPr="00704766">
        <w:rPr>
          <w:color w:val="000000"/>
          <w:sz w:val="20"/>
          <w:lang w:eastAsia="ko-KR"/>
        </w:rPr>
        <w:t>제출한 모든 서류와 제안내용은 사실이며, 허위 또는 중대한 누락이 확인될 경우 평가제외, 선정취소 또는 계약해지 등 구단의 조치를 이의 없이 수용하겠습니다.</w:t>
      </w:r>
    </w:p>
    <w:p w14:paraId="79087CE8" w14:textId="77777777" w:rsidR="001D0660" w:rsidRPr="00704766" w:rsidRDefault="001B52BD" w:rsidP="00FC01B1">
      <w:pPr>
        <w:rPr>
          <w:lang w:eastAsia="ko-KR"/>
        </w:rPr>
      </w:pPr>
      <w:r w:rsidRPr="00704766">
        <w:rPr>
          <w:color w:val="000000"/>
          <w:sz w:val="20"/>
          <w:lang w:eastAsia="ko-KR"/>
        </w:rPr>
        <w:t>입찰 및 평가 과정에서 담합, 청탁, 금품·향응 제공, 평가위원 접촉 등 공정성을 해치는 행위를 하지 않겠습니다.</w:t>
      </w:r>
    </w:p>
    <w:p w14:paraId="55ACD9EC" w14:textId="77777777" w:rsidR="001D0660" w:rsidRPr="00704766" w:rsidRDefault="001B52BD" w:rsidP="00FC01B1">
      <w:pPr>
        <w:rPr>
          <w:lang w:eastAsia="ko-KR"/>
        </w:rPr>
      </w:pPr>
      <w:r w:rsidRPr="00704766">
        <w:rPr>
          <w:color w:val="000000"/>
          <w:sz w:val="20"/>
          <w:lang w:eastAsia="ko-KR"/>
        </w:rPr>
        <w:t>선수단의 일정, 명단, 연락처, 여권정보, 부상·의료정보 등 업무상 알게 된 비공개 정보를 계약 전후를 불문하고 제3자에게 공개하거나 목적 외로 이용하지 않겠습니다.</w:t>
      </w:r>
    </w:p>
    <w:p w14:paraId="6331267F" w14:textId="77777777" w:rsidR="001D0660" w:rsidRPr="00704766" w:rsidRDefault="001B52BD" w:rsidP="00FC01B1">
      <w:pPr>
        <w:rPr>
          <w:lang w:eastAsia="ko-KR"/>
        </w:rPr>
      </w:pPr>
      <w:r w:rsidRPr="00704766">
        <w:rPr>
          <w:color w:val="000000"/>
          <w:sz w:val="20"/>
          <w:lang w:eastAsia="ko-KR"/>
        </w:rPr>
        <w:t>현지 협력사를 활용하는 경우에도 전체 과업에 대한 계약상 책임을 부담하고, 관계 법령과 구단의 안전·보안 지침을 준수하겠습니다.</w:t>
      </w:r>
    </w:p>
    <w:p w14:paraId="6F9EC853" w14:textId="3968B0C3" w:rsidR="001D0660" w:rsidRDefault="001B52BD" w:rsidP="00FC01B1">
      <w:pPr>
        <w:rPr>
          <w:color w:val="000000"/>
          <w:sz w:val="20"/>
          <w:lang w:eastAsia="ko-KR"/>
        </w:rPr>
      </w:pPr>
      <w:r w:rsidRPr="00704766">
        <w:rPr>
          <w:color w:val="000000"/>
          <w:sz w:val="20"/>
          <w:lang w:eastAsia="ko-KR"/>
        </w:rPr>
        <w:t>우선협상대상자로 선정된 후 정당한 사유 없이 계약을 체결하지 않거나 계약상 의무를 이행하지 않는 경우 입찰보증금 귀속 및 구단의 후속조치를 수용하겠습니다.</w:t>
      </w:r>
    </w:p>
    <w:p w14:paraId="005205C1" w14:textId="65B37994" w:rsidR="003756A6" w:rsidRDefault="003756A6" w:rsidP="00FC01B1">
      <w:pPr>
        <w:rPr>
          <w:color w:val="000000"/>
          <w:sz w:val="20"/>
          <w:lang w:eastAsia="ko-KR"/>
        </w:rPr>
      </w:pPr>
    </w:p>
    <w:p w14:paraId="314C1303" w14:textId="77777777" w:rsidR="003756A6" w:rsidRPr="00704766" w:rsidRDefault="003756A6" w:rsidP="00FC01B1">
      <w:pPr>
        <w:rPr>
          <w:lang w:eastAsia="ko-KR"/>
        </w:rPr>
      </w:pPr>
    </w:p>
    <w:p w14:paraId="018FF3E4" w14:textId="77777777" w:rsidR="003756A6" w:rsidRPr="00704766" w:rsidRDefault="003756A6" w:rsidP="003756A6">
      <w:pPr>
        <w:jc w:val="center"/>
        <w:rPr>
          <w:lang w:eastAsia="ko-KR"/>
        </w:rPr>
      </w:pPr>
      <w:r w:rsidRPr="00704766">
        <w:rPr>
          <w:color w:val="000000"/>
          <w:sz w:val="22"/>
          <w:lang w:eastAsia="ko-KR"/>
        </w:rPr>
        <w:t>2026년        월        일</w:t>
      </w:r>
    </w:p>
    <w:p w14:paraId="0A8C11C0" w14:textId="4E821FB3" w:rsidR="003756A6" w:rsidRDefault="003756A6" w:rsidP="003756A6">
      <w:pPr>
        <w:rPr>
          <w:color w:val="000000"/>
          <w:lang w:eastAsia="ko-KR"/>
        </w:rPr>
      </w:pPr>
    </w:p>
    <w:p w14:paraId="7106E60C" w14:textId="30B45A43" w:rsidR="003756A6" w:rsidRDefault="003756A6" w:rsidP="003756A6">
      <w:pPr>
        <w:rPr>
          <w:color w:val="000000"/>
          <w:lang w:eastAsia="ko-KR"/>
        </w:rPr>
      </w:pPr>
    </w:p>
    <w:p w14:paraId="11F79894" w14:textId="77777777" w:rsidR="003756A6" w:rsidRDefault="003756A6" w:rsidP="003756A6">
      <w:pPr>
        <w:rPr>
          <w:color w:val="000000"/>
          <w:lang w:eastAsia="ko-KR"/>
        </w:rPr>
      </w:pPr>
    </w:p>
    <w:p w14:paraId="3A91B4C3" w14:textId="77777777" w:rsidR="003756A6" w:rsidRDefault="003756A6" w:rsidP="003756A6">
      <w:pPr>
        <w:rPr>
          <w:color w:val="000000"/>
          <w:lang w:eastAsia="ko-KR"/>
        </w:rPr>
      </w:pPr>
      <w:proofErr w:type="gramStart"/>
      <w:r w:rsidRPr="00704766">
        <w:rPr>
          <w:color w:val="000000"/>
          <w:lang w:eastAsia="ko-KR"/>
        </w:rPr>
        <w:t>신청인  업체명</w:t>
      </w:r>
      <w:proofErr w:type="gramEnd"/>
      <w:r w:rsidRPr="00704766">
        <w:rPr>
          <w:color w:val="000000"/>
          <w:lang w:eastAsia="ko-KR"/>
        </w:rPr>
        <w:t xml:space="preserve">:                              </w:t>
      </w:r>
    </w:p>
    <w:p w14:paraId="02D08329" w14:textId="62A5303E" w:rsidR="003756A6" w:rsidRDefault="003756A6" w:rsidP="003756A6">
      <w:pPr>
        <w:ind w:firstLineChars="350" w:firstLine="735"/>
        <w:rPr>
          <w:color w:val="000000"/>
          <w:lang w:eastAsia="ko-KR"/>
        </w:rPr>
      </w:pPr>
      <w:r w:rsidRPr="00704766">
        <w:rPr>
          <w:color w:val="000000"/>
          <w:lang w:eastAsia="ko-KR"/>
        </w:rPr>
        <w:t>대표자:                         (인)</w:t>
      </w:r>
    </w:p>
    <w:p w14:paraId="69BD580F" w14:textId="1FE822AD" w:rsidR="003756A6" w:rsidRDefault="003756A6" w:rsidP="003756A6">
      <w:pPr>
        <w:ind w:firstLineChars="350" w:firstLine="735"/>
        <w:rPr>
          <w:color w:val="000000"/>
          <w:lang w:eastAsia="ko-KR"/>
        </w:rPr>
      </w:pPr>
    </w:p>
    <w:p w14:paraId="785E1116" w14:textId="77777777" w:rsidR="003756A6" w:rsidRPr="00704766" w:rsidRDefault="003756A6" w:rsidP="003756A6">
      <w:pPr>
        <w:ind w:firstLineChars="350" w:firstLine="735"/>
        <w:rPr>
          <w:lang w:eastAsia="ko-KR"/>
        </w:rPr>
      </w:pPr>
    </w:p>
    <w:p w14:paraId="5A6D97E2" w14:textId="77777777" w:rsidR="003756A6" w:rsidRPr="00BE5403" w:rsidRDefault="003756A6" w:rsidP="003756A6">
      <w:pPr>
        <w:jc w:val="right"/>
        <w:rPr>
          <w:color w:val="000000" w:themeColor="text1"/>
          <w:sz w:val="32"/>
          <w:szCs w:val="36"/>
          <w:lang w:eastAsia="ko-KR"/>
        </w:rPr>
      </w:pPr>
      <w:r w:rsidRPr="00BE5403">
        <w:rPr>
          <w:b/>
          <w:color w:val="000000" w:themeColor="text1"/>
          <w:sz w:val="40"/>
          <w:szCs w:val="36"/>
          <w:lang w:eastAsia="ko-KR"/>
        </w:rPr>
        <w:t>제주 SK FC 귀중</w:t>
      </w:r>
    </w:p>
    <w:p w14:paraId="70B4AD40" w14:textId="686088D1" w:rsidR="001D0660" w:rsidRPr="00704766" w:rsidRDefault="001D0660" w:rsidP="003756A6"/>
    <w:sectPr w:rsidR="001D0660" w:rsidRPr="00704766" w:rsidSect="00034616">
      <w:headerReference w:type="default" r:id="rId10"/>
      <w:footerReference w:type="default" r:id="rId11"/>
      <w:pgSz w:w="11906" w:h="16838"/>
      <w:pgMar w:top="1020" w:right="1020" w:bottom="964" w:left="1020" w:header="454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D2D60" w14:textId="77777777" w:rsidR="001210CB" w:rsidRDefault="001B52BD">
      <w:pPr>
        <w:spacing w:after="0" w:line="240" w:lineRule="auto"/>
      </w:pPr>
      <w:r>
        <w:separator/>
      </w:r>
    </w:p>
  </w:endnote>
  <w:endnote w:type="continuationSeparator" w:id="0">
    <w:p w14:paraId="0B6D6EF9" w14:textId="77777777" w:rsidR="001210CB" w:rsidRDefault="001B5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078BE" w14:textId="0AF52FD9" w:rsidR="001D0660" w:rsidRPr="00704766" w:rsidRDefault="00704766" w:rsidP="00704766">
    <w:pPr>
      <w:pStyle w:val="a5"/>
      <w:jc w:val="right"/>
    </w:pPr>
    <w:r>
      <w:rPr>
        <w:noProof/>
      </w:rPr>
      <w:drawing>
        <wp:inline distT="0" distB="0" distL="0" distR="0" wp14:anchorId="3AA340F9" wp14:editId="10A8D3F1">
          <wp:extent cx="1421447" cy="256166"/>
          <wp:effectExtent l="0" t="0" r="762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452" cy="2680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7649D" w14:textId="77777777" w:rsidR="001210CB" w:rsidRDefault="001B52BD">
      <w:pPr>
        <w:spacing w:after="0" w:line="240" w:lineRule="auto"/>
      </w:pPr>
      <w:r>
        <w:separator/>
      </w:r>
    </w:p>
  </w:footnote>
  <w:footnote w:type="continuationSeparator" w:id="0">
    <w:p w14:paraId="6E2B0118" w14:textId="77777777" w:rsidR="001210CB" w:rsidRDefault="001B5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4A813" w14:textId="5D13286B" w:rsidR="00704766" w:rsidRDefault="00704766">
    <w:pPr>
      <w:pStyle w:val="a4"/>
    </w:pPr>
    <w:r>
      <w:rPr>
        <w:noProof/>
      </w:rPr>
      <w:drawing>
        <wp:inline distT="0" distB="0" distL="0" distR="0" wp14:anchorId="3D25765A" wp14:editId="7FA5AED9">
          <wp:extent cx="271342" cy="314325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3508" cy="328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167"/>
        </w:tabs>
        <w:ind w:left="1167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066739A"/>
    <w:multiLevelType w:val="hybridMultilevel"/>
    <w:tmpl w:val="23049B2A"/>
    <w:lvl w:ilvl="0" w:tplc="4A2CCD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023F6378"/>
    <w:multiLevelType w:val="hybridMultilevel"/>
    <w:tmpl w:val="61D22EA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097E4B42"/>
    <w:multiLevelType w:val="hybridMultilevel"/>
    <w:tmpl w:val="992A7DA6"/>
    <w:lvl w:ilvl="0" w:tplc="AD5627B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cstheme="minorBidi"/>
        <w:color w:val="00000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22349898">
      <w:start w:val="2026"/>
      <w:numFmt w:val="bullet"/>
      <w:lvlText w:val=""/>
      <w:lvlJc w:val="left"/>
      <w:pPr>
        <w:ind w:left="1560" w:hanging="360"/>
      </w:pPr>
      <w:rPr>
        <w:rFonts w:ascii="Wingdings" w:eastAsia="맑은 고딕" w:hAnsi="Wingdings" w:cstheme="minorBidi" w:hint="default"/>
        <w:b/>
        <w:color w:val="C00000"/>
      </w:rPr>
    </w:lvl>
    <w:lvl w:ilvl="3" w:tplc="642EBA12">
      <w:start w:val="1"/>
      <w:numFmt w:val="decimal"/>
      <w:lvlText w:val="%4."/>
      <w:lvlJc w:val="left"/>
      <w:pPr>
        <w:ind w:left="1960" w:hanging="360"/>
      </w:pPr>
      <w:rPr>
        <w:rFonts w:hint="default"/>
      </w:r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1B1E7F6E"/>
    <w:multiLevelType w:val="hybridMultilevel"/>
    <w:tmpl w:val="E54AF8BC"/>
    <w:lvl w:ilvl="0" w:tplc="F454E620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1F45402A"/>
    <w:multiLevelType w:val="hybridMultilevel"/>
    <w:tmpl w:val="B5E23940"/>
    <w:lvl w:ilvl="0" w:tplc="CF4E7F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10A3DE3"/>
    <w:multiLevelType w:val="hybridMultilevel"/>
    <w:tmpl w:val="DD603B2A"/>
    <w:lvl w:ilvl="0" w:tplc="C64E405E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  <w:color w:val="000000"/>
        <w:sz w:val="19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24C425BD"/>
    <w:multiLevelType w:val="multilevel"/>
    <w:tmpl w:val="1AE40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7421E6"/>
    <w:multiLevelType w:val="hybridMultilevel"/>
    <w:tmpl w:val="36EECB46"/>
    <w:lvl w:ilvl="0" w:tplc="04090015">
      <w:start w:val="1"/>
      <w:numFmt w:val="ganada"/>
      <w:lvlText w:val="%1)"/>
      <w:lvlJc w:val="left"/>
      <w:pPr>
        <w:ind w:left="760" w:hanging="400"/>
      </w:p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17" w15:restartNumberingAfterBreak="0">
    <w:nsid w:val="29F966A8"/>
    <w:multiLevelType w:val="hybridMultilevel"/>
    <w:tmpl w:val="43CC6AB4"/>
    <w:lvl w:ilvl="0" w:tplc="0494FB1C">
      <w:start w:val="1"/>
      <w:numFmt w:val="ganada"/>
      <w:lvlText w:val="%1)"/>
      <w:lvlJc w:val="left"/>
      <w:pPr>
        <w:ind w:left="760" w:hanging="360"/>
      </w:pPr>
      <w:rPr>
        <w:rFonts w:hint="default"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2A4023E7"/>
    <w:multiLevelType w:val="hybridMultilevel"/>
    <w:tmpl w:val="B4E6853C"/>
    <w:lvl w:ilvl="0" w:tplc="E844FBBA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2A90074B"/>
    <w:multiLevelType w:val="hybridMultilevel"/>
    <w:tmpl w:val="BA6682F2"/>
    <w:lvl w:ilvl="0" w:tplc="48B6DA14">
      <w:start w:val="1"/>
      <w:numFmt w:val="ganada"/>
      <w:lvlText w:val="%1)"/>
      <w:lvlJc w:val="left"/>
      <w:pPr>
        <w:ind w:left="760" w:hanging="360"/>
      </w:pPr>
      <w:rPr>
        <w:rFonts w:hint="default"/>
        <w:color w:val="000000"/>
        <w:sz w:val="2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34C18AF"/>
    <w:multiLevelType w:val="hybridMultilevel"/>
    <w:tmpl w:val="36EECB46"/>
    <w:lvl w:ilvl="0" w:tplc="04090015">
      <w:start w:val="1"/>
      <w:numFmt w:val="ganada"/>
      <w:lvlText w:val="%1)"/>
      <w:lvlJc w:val="left"/>
      <w:pPr>
        <w:ind w:left="760" w:hanging="400"/>
      </w:p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21" w15:restartNumberingAfterBreak="0">
    <w:nsid w:val="350C45D9"/>
    <w:multiLevelType w:val="hybridMultilevel"/>
    <w:tmpl w:val="992A7DA6"/>
    <w:lvl w:ilvl="0" w:tplc="AD5627B4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cstheme="minorBidi"/>
        <w:color w:val="00000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22349898">
      <w:start w:val="2026"/>
      <w:numFmt w:val="bullet"/>
      <w:lvlText w:val=""/>
      <w:lvlJc w:val="left"/>
      <w:pPr>
        <w:ind w:left="1560" w:hanging="360"/>
      </w:pPr>
      <w:rPr>
        <w:rFonts w:ascii="Wingdings" w:eastAsia="맑은 고딕" w:hAnsi="Wingdings" w:cstheme="minorBidi" w:hint="default"/>
        <w:b/>
        <w:color w:val="C00000"/>
      </w:rPr>
    </w:lvl>
    <w:lvl w:ilvl="3" w:tplc="642EBA12">
      <w:start w:val="1"/>
      <w:numFmt w:val="decimal"/>
      <w:lvlText w:val="%4."/>
      <w:lvlJc w:val="left"/>
      <w:pPr>
        <w:ind w:left="1960" w:hanging="360"/>
      </w:pPr>
      <w:rPr>
        <w:rFonts w:hint="default"/>
      </w:r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3E656F82"/>
    <w:multiLevelType w:val="hybridMultilevel"/>
    <w:tmpl w:val="408C8616"/>
    <w:lvl w:ilvl="0" w:tplc="34FE7698">
      <w:start w:val="1"/>
      <w:numFmt w:val="ganada"/>
      <w:lvlText w:val="%1)"/>
      <w:lvlJc w:val="left"/>
      <w:pPr>
        <w:ind w:left="760" w:hanging="360"/>
      </w:pPr>
      <w:rPr>
        <w:rFonts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3F0D0A39"/>
    <w:multiLevelType w:val="hybridMultilevel"/>
    <w:tmpl w:val="9FFAC6D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403A333D"/>
    <w:multiLevelType w:val="hybridMultilevel"/>
    <w:tmpl w:val="36EECB46"/>
    <w:lvl w:ilvl="0" w:tplc="04090015">
      <w:start w:val="1"/>
      <w:numFmt w:val="ganada"/>
      <w:lvlText w:val="%1)"/>
      <w:lvlJc w:val="left"/>
      <w:pPr>
        <w:ind w:left="760" w:hanging="400"/>
      </w:p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25" w15:restartNumberingAfterBreak="0">
    <w:nsid w:val="452C7F03"/>
    <w:multiLevelType w:val="hybridMultilevel"/>
    <w:tmpl w:val="6E3E99E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9">
      <w:start w:val="1"/>
      <w:numFmt w:val="bullet"/>
      <w:lvlText w:val="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6643BF0"/>
    <w:multiLevelType w:val="hybridMultilevel"/>
    <w:tmpl w:val="E54AF8BC"/>
    <w:lvl w:ilvl="0" w:tplc="F454E620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47B35584"/>
    <w:multiLevelType w:val="hybridMultilevel"/>
    <w:tmpl w:val="1B48034E"/>
    <w:lvl w:ilvl="0" w:tplc="0494FB1C">
      <w:start w:val="1"/>
      <w:numFmt w:val="ganada"/>
      <w:lvlText w:val="%1)"/>
      <w:lvlJc w:val="left"/>
      <w:pPr>
        <w:ind w:left="760" w:hanging="360"/>
      </w:pPr>
      <w:rPr>
        <w:rFonts w:hint="default"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8582CAA"/>
    <w:multiLevelType w:val="hybridMultilevel"/>
    <w:tmpl w:val="23049B2A"/>
    <w:lvl w:ilvl="0" w:tplc="4A2CCD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9" w15:restartNumberingAfterBreak="0">
    <w:nsid w:val="49103493"/>
    <w:multiLevelType w:val="hybridMultilevel"/>
    <w:tmpl w:val="B4E6853C"/>
    <w:lvl w:ilvl="0" w:tplc="E844FBBA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4DEE72E9"/>
    <w:multiLevelType w:val="hybridMultilevel"/>
    <w:tmpl w:val="E54AF8BC"/>
    <w:lvl w:ilvl="0" w:tplc="F454E620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51433A47"/>
    <w:multiLevelType w:val="hybridMultilevel"/>
    <w:tmpl w:val="CD42DF5E"/>
    <w:lvl w:ilvl="0" w:tplc="04090009">
      <w:start w:val="1"/>
      <w:numFmt w:val="bullet"/>
      <w:lvlText w:val="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2" w15:restartNumberingAfterBreak="0">
    <w:nsid w:val="57B21D10"/>
    <w:multiLevelType w:val="singleLevel"/>
    <w:tmpl w:val="2B54AFE0"/>
    <w:lvl w:ilvl="0">
      <w:start w:val="1"/>
      <w:numFmt w:val="bullet"/>
      <w:lvlText w:val="•"/>
      <w:lvlJc w:val="left"/>
      <w:pPr>
        <w:tabs>
          <w:tab w:val="num" w:pos="540"/>
        </w:tabs>
        <w:spacing w:after="80" w:line="300" w:lineRule="auto"/>
        <w:ind w:left="540" w:hanging="270"/>
      </w:pPr>
      <w:rPr>
        <w:rFonts w:ascii="맑은 고딕" w:eastAsia="맑은 고딕" w:hAnsi="맑은 고딕"/>
      </w:rPr>
    </w:lvl>
  </w:abstractNum>
  <w:abstractNum w:abstractNumId="33" w15:restartNumberingAfterBreak="0">
    <w:nsid w:val="5ACF6F80"/>
    <w:multiLevelType w:val="hybridMultilevel"/>
    <w:tmpl w:val="E54AF8BC"/>
    <w:lvl w:ilvl="0" w:tplc="F454E620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5BA178ED"/>
    <w:multiLevelType w:val="hybridMultilevel"/>
    <w:tmpl w:val="BA6682F2"/>
    <w:lvl w:ilvl="0" w:tplc="48B6DA14">
      <w:start w:val="1"/>
      <w:numFmt w:val="ganada"/>
      <w:lvlText w:val="%1)"/>
      <w:lvlJc w:val="left"/>
      <w:pPr>
        <w:ind w:left="760" w:hanging="360"/>
      </w:pPr>
      <w:rPr>
        <w:rFonts w:hint="default"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5C795A14"/>
    <w:multiLevelType w:val="hybridMultilevel"/>
    <w:tmpl w:val="36EECB46"/>
    <w:lvl w:ilvl="0" w:tplc="04090015">
      <w:start w:val="1"/>
      <w:numFmt w:val="ganada"/>
      <w:lvlText w:val="%1)"/>
      <w:lvlJc w:val="left"/>
      <w:pPr>
        <w:ind w:left="760" w:hanging="400"/>
      </w:p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36" w15:restartNumberingAfterBreak="0">
    <w:nsid w:val="61A00158"/>
    <w:multiLevelType w:val="hybridMultilevel"/>
    <w:tmpl w:val="38D00488"/>
    <w:lvl w:ilvl="0" w:tplc="10E8F0B0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7" w15:restartNumberingAfterBreak="0">
    <w:nsid w:val="63CE1612"/>
    <w:multiLevelType w:val="hybridMultilevel"/>
    <w:tmpl w:val="1B48034E"/>
    <w:lvl w:ilvl="0" w:tplc="0494FB1C">
      <w:start w:val="1"/>
      <w:numFmt w:val="ganada"/>
      <w:lvlText w:val="%1)"/>
      <w:lvlJc w:val="left"/>
      <w:pPr>
        <w:ind w:left="760" w:hanging="360"/>
      </w:pPr>
      <w:rPr>
        <w:rFonts w:hint="default"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65A47E78"/>
    <w:multiLevelType w:val="singleLevel"/>
    <w:tmpl w:val="4F2E1B22"/>
    <w:lvl w:ilvl="0">
      <w:start w:val="1"/>
      <w:numFmt w:val="decimal"/>
      <w:pStyle w:val="a"/>
      <w:lvlText w:val="%1."/>
      <w:lvlJc w:val="left"/>
      <w:pPr>
        <w:tabs>
          <w:tab w:val="num" w:pos="540"/>
        </w:tabs>
        <w:spacing w:after="80" w:line="300" w:lineRule="auto"/>
        <w:ind w:left="540" w:hanging="270"/>
      </w:pPr>
      <w:rPr>
        <w:rFonts w:ascii="맑은 고딕" w:eastAsia="맑은 고딕" w:hAnsi="맑은 고딕"/>
      </w:rPr>
    </w:lvl>
  </w:abstractNum>
  <w:abstractNum w:abstractNumId="39" w15:restartNumberingAfterBreak="0">
    <w:nsid w:val="6B0B48D4"/>
    <w:multiLevelType w:val="hybridMultilevel"/>
    <w:tmpl w:val="B4E6853C"/>
    <w:lvl w:ilvl="0" w:tplc="E844FBBA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0" w15:restartNumberingAfterBreak="0">
    <w:nsid w:val="6D6461FB"/>
    <w:multiLevelType w:val="hybridMultilevel"/>
    <w:tmpl w:val="E54AF8BC"/>
    <w:lvl w:ilvl="0" w:tplc="F454E620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6F79540E"/>
    <w:multiLevelType w:val="hybridMultilevel"/>
    <w:tmpl w:val="B4E6853C"/>
    <w:lvl w:ilvl="0" w:tplc="E844FBBA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2" w15:restartNumberingAfterBreak="0">
    <w:nsid w:val="70995CD0"/>
    <w:multiLevelType w:val="hybridMultilevel"/>
    <w:tmpl w:val="BA6682F2"/>
    <w:lvl w:ilvl="0" w:tplc="48B6DA14">
      <w:start w:val="1"/>
      <w:numFmt w:val="ganada"/>
      <w:lvlText w:val="%1)"/>
      <w:lvlJc w:val="left"/>
      <w:pPr>
        <w:ind w:left="760" w:hanging="360"/>
      </w:pPr>
      <w:rPr>
        <w:rFonts w:hint="default"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48A275D"/>
    <w:multiLevelType w:val="hybridMultilevel"/>
    <w:tmpl w:val="E54AF8BC"/>
    <w:lvl w:ilvl="0" w:tplc="F454E620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4" w15:restartNumberingAfterBreak="0">
    <w:nsid w:val="7ADF148D"/>
    <w:multiLevelType w:val="hybridMultilevel"/>
    <w:tmpl w:val="E54AF8BC"/>
    <w:lvl w:ilvl="0" w:tplc="F454E620">
      <w:start w:val="1"/>
      <w:numFmt w:val="ganada"/>
      <w:lvlText w:val="%1)"/>
      <w:lvlJc w:val="left"/>
      <w:pPr>
        <w:ind w:left="760" w:hanging="360"/>
      </w:pPr>
      <w:rPr>
        <w:rFonts w:hint="default"/>
        <w:b w:val="0"/>
        <w:bCs/>
        <w:color w:val="000000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8"/>
  </w:num>
  <w:num w:numId="2">
    <w:abstractNumId w:val="38"/>
    <w:lvlOverride w:ilvl="0">
      <w:startOverride w:val="1"/>
    </w:lvlOverride>
  </w:num>
  <w:num w:numId="3">
    <w:abstractNumId w:val="38"/>
    <w:lvlOverride w:ilvl="0">
      <w:startOverride w:val="1"/>
    </w:lvlOverride>
  </w:num>
  <w:num w:numId="4">
    <w:abstractNumId w:val="38"/>
    <w:lvlOverride w:ilvl="0">
      <w:startOverride w:val="1"/>
    </w:lvlOverride>
  </w:num>
  <w:num w:numId="5">
    <w:abstractNumId w:val="38"/>
    <w:lvlOverride w:ilvl="0">
      <w:startOverride w:val="1"/>
    </w:lvlOverride>
  </w:num>
  <w:num w:numId="6">
    <w:abstractNumId w:val="38"/>
    <w:lvlOverride w:ilvl="0">
      <w:startOverride w:val="1"/>
    </w:lvlOverride>
  </w:num>
  <w:num w:numId="7">
    <w:abstractNumId w:val="38"/>
    <w:lvlOverride w:ilvl="0">
      <w:startOverride w:val="1"/>
    </w:lvlOverride>
  </w:num>
  <w:num w:numId="8">
    <w:abstractNumId w:val="28"/>
  </w:num>
  <w:num w:numId="9">
    <w:abstractNumId w:val="20"/>
  </w:num>
  <w:num w:numId="10">
    <w:abstractNumId w:val="22"/>
  </w:num>
  <w:num w:numId="11">
    <w:abstractNumId w:val="11"/>
  </w:num>
  <w:num w:numId="12">
    <w:abstractNumId w:val="39"/>
  </w:num>
  <w:num w:numId="13">
    <w:abstractNumId w:val="14"/>
  </w:num>
  <w:num w:numId="14">
    <w:abstractNumId w:val="18"/>
  </w:num>
  <w:num w:numId="15">
    <w:abstractNumId w:val="29"/>
  </w:num>
  <w:num w:numId="16">
    <w:abstractNumId w:val="41"/>
  </w:num>
  <w:num w:numId="17">
    <w:abstractNumId w:val="9"/>
  </w:num>
  <w:num w:numId="18">
    <w:abstractNumId w:val="16"/>
  </w:num>
  <w:num w:numId="19">
    <w:abstractNumId w:val="24"/>
  </w:num>
  <w:num w:numId="20">
    <w:abstractNumId w:val="23"/>
  </w:num>
  <w:num w:numId="21">
    <w:abstractNumId w:val="25"/>
  </w:num>
  <w:num w:numId="22">
    <w:abstractNumId w:val="19"/>
  </w:num>
  <w:num w:numId="23">
    <w:abstractNumId w:val="42"/>
  </w:num>
  <w:num w:numId="24">
    <w:abstractNumId w:val="34"/>
  </w:num>
  <w:num w:numId="25">
    <w:abstractNumId w:val="26"/>
  </w:num>
  <w:num w:numId="26">
    <w:abstractNumId w:val="43"/>
  </w:num>
  <w:num w:numId="27">
    <w:abstractNumId w:val="33"/>
  </w:num>
  <w:num w:numId="28">
    <w:abstractNumId w:val="44"/>
  </w:num>
  <w:num w:numId="29">
    <w:abstractNumId w:val="12"/>
  </w:num>
  <w:num w:numId="30">
    <w:abstractNumId w:val="30"/>
  </w:num>
  <w:num w:numId="31">
    <w:abstractNumId w:val="27"/>
  </w:num>
  <w:num w:numId="32">
    <w:abstractNumId w:val="37"/>
  </w:num>
  <w:num w:numId="33">
    <w:abstractNumId w:val="17"/>
  </w:num>
  <w:num w:numId="34">
    <w:abstractNumId w:val="13"/>
  </w:num>
  <w:num w:numId="35">
    <w:abstractNumId w:val="21"/>
  </w:num>
  <w:num w:numId="36">
    <w:abstractNumId w:val="40"/>
  </w:num>
  <w:num w:numId="37">
    <w:abstractNumId w:val="36"/>
  </w:num>
  <w:num w:numId="38">
    <w:abstractNumId w:val="35"/>
  </w:num>
  <w:num w:numId="39">
    <w:abstractNumId w:val="15"/>
  </w:num>
  <w:num w:numId="40">
    <w:abstractNumId w:val="31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3546"/>
    <w:rsid w:val="00034616"/>
    <w:rsid w:val="0006063C"/>
    <w:rsid w:val="001210CB"/>
    <w:rsid w:val="0015074B"/>
    <w:rsid w:val="001B52BD"/>
    <w:rsid w:val="001D0660"/>
    <w:rsid w:val="0021445F"/>
    <w:rsid w:val="00237ACB"/>
    <w:rsid w:val="002722B1"/>
    <w:rsid w:val="00273E68"/>
    <w:rsid w:val="0029639D"/>
    <w:rsid w:val="00326F90"/>
    <w:rsid w:val="003756A6"/>
    <w:rsid w:val="00497BFF"/>
    <w:rsid w:val="004F20EB"/>
    <w:rsid w:val="00683867"/>
    <w:rsid w:val="006A4E2C"/>
    <w:rsid w:val="00704766"/>
    <w:rsid w:val="007C6A03"/>
    <w:rsid w:val="007D161E"/>
    <w:rsid w:val="007F098B"/>
    <w:rsid w:val="007F109F"/>
    <w:rsid w:val="007F235E"/>
    <w:rsid w:val="0080599C"/>
    <w:rsid w:val="00A266D0"/>
    <w:rsid w:val="00A820D9"/>
    <w:rsid w:val="00AA1D8D"/>
    <w:rsid w:val="00AE4CBC"/>
    <w:rsid w:val="00B04E29"/>
    <w:rsid w:val="00B2309A"/>
    <w:rsid w:val="00B47730"/>
    <w:rsid w:val="00B6617A"/>
    <w:rsid w:val="00BB63C6"/>
    <w:rsid w:val="00BD6D4C"/>
    <w:rsid w:val="00BE5403"/>
    <w:rsid w:val="00C2465E"/>
    <w:rsid w:val="00CB0664"/>
    <w:rsid w:val="00F43AB3"/>
    <w:rsid w:val="00FB23F5"/>
    <w:rsid w:val="00FC01B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7C6335EF"/>
  <w14:defaultImageDpi w14:val="300"/>
  <w15:docId w15:val="{B6EA30C2-114A-431A-94B7-334EA4A88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C693F"/>
    <w:rPr>
      <w:rFonts w:ascii="맑은 고딕" w:eastAsia="맑은 고딕" w:hAnsi="맑은 고딕"/>
      <w:sz w:val="21"/>
    </w:rPr>
  </w:style>
  <w:style w:type="paragraph" w:styleId="1">
    <w:name w:val="heading 1"/>
    <w:basedOn w:val="a0"/>
    <w:next w:val="a0"/>
    <w:link w:val="1Char"/>
    <w:uiPriority w:val="9"/>
    <w:qFormat/>
    <w:rsid w:val="00FC693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bCs/>
      <w:color w:val="17365D"/>
      <w:sz w:val="32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/>
      <w:b/>
      <w:bCs/>
      <w:color w:val="2E75B6"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  <w:color w:val="17365D"/>
      <w:sz w:val="23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1"/>
    <w:link w:val="a4"/>
    <w:uiPriority w:val="99"/>
    <w:rsid w:val="00E618BF"/>
  </w:style>
  <w:style w:type="paragraph" w:styleId="a5">
    <w:name w:val="footer"/>
    <w:basedOn w:val="a0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1"/>
    <w:link w:val="a5"/>
    <w:uiPriority w:val="99"/>
    <w:rsid w:val="00E618BF"/>
  </w:style>
  <w:style w:type="paragraph" w:styleId="a6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Title"/>
    <w:basedOn w:val="a0"/>
    <w:next w:val="a0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1"/>
    <w:link w:val="a7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8">
    <w:name w:val="Subtitle"/>
    <w:basedOn w:val="a0"/>
    <w:next w:val="a0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1"/>
    <w:link w:val="a8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9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a">
    <w:name w:val="Body Text"/>
    <w:basedOn w:val="a0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1"/>
    <w:link w:val="aa"/>
    <w:uiPriority w:val="99"/>
    <w:rsid w:val="00AA1D8D"/>
  </w:style>
  <w:style w:type="paragraph" w:styleId="20">
    <w:name w:val="Body Text 2"/>
    <w:basedOn w:val="a0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1"/>
    <w:link w:val="20"/>
    <w:uiPriority w:val="99"/>
    <w:rsid w:val="00AA1D8D"/>
  </w:style>
  <w:style w:type="paragraph" w:styleId="30">
    <w:name w:val="Body Text 3"/>
    <w:basedOn w:val="a0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1"/>
    <w:link w:val="30"/>
    <w:uiPriority w:val="99"/>
    <w:rsid w:val="00AA1D8D"/>
    <w:rPr>
      <w:sz w:val="16"/>
      <w:szCs w:val="16"/>
    </w:rPr>
  </w:style>
  <w:style w:type="paragraph" w:styleId="ab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1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1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2">
    <w:name w:val="List Bullet 2"/>
    <w:basedOn w:val="a0"/>
    <w:uiPriority w:val="99"/>
    <w:unhideWhenUsed/>
    <w:rsid w:val="00326F90"/>
    <w:pPr>
      <w:tabs>
        <w:tab w:val="num" w:pos="540"/>
      </w:tabs>
      <w:spacing w:after="80" w:line="300" w:lineRule="auto"/>
      <w:ind w:left="540" w:hanging="270"/>
      <w:contextualSpacing/>
    </w:pPr>
  </w:style>
  <w:style w:type="paragraph" w:styleId="32">
    <w:name w:val="List Bullet 3"/>
    <w:basedOn w:val="a0"/>
    <w:uiPriority w:val="99"/>
    <w:unhideWhenUsed/>
    <w:rsid w:val="00326F90"/>
    <w:pPr>
      <w:tabs>
        <w:tab w:val="num" w:pos="540"/>
      </w:tabs>
      <w:spacing w:after="80" w:line="300" w:lineRule="auto"/>
      <w:ind w:left="540" w:hanging="270"/>
      <w:contextualSpacing/>
    </w:pPr>
  </w:style>
  <w:style w:type="paragraph" w:styleId="ac">
    <w:name w:val="List Number"/>
    <w:basedOn w:val="a0"/>
    <w:uiPriority w:val="99"/>
    <w:unhideWhenUsed/>
    <w:rsid w:val="00326F90"/>
    <w:pPr>
      <w:tabs>
        <w:tab w:val="num" w:pos="540"/>
      </w:tabs>
      <w:spacing w:after="80" w:line="300" w:lineRule="auto"/>
      <w:ind w:left="540" w:hanging="270"/>
      <w:contextualSpacing/>
    </w:pPr>
  </w:style>
  <w:style w:type="paragraph" w:styleId="23">
    <w:name w:val="List Number 2"/>
    <w:basedOn w:val="a0"/>
    <w:uiPriority w:val="99"/>
    <w:unhideWhenUsed/>
    <w:rsid w:val="0029639D"/>
    <w:pPr>
      <w:tabs>
        <w:tab w:val="num" w:pos="540"/>
      </w:tabs>
      <w:spacing w:after="80" w:line="300" w:lineRule="auto"/>
      <w:ind w:left="540" w:hanging="270"/>
      <w:contextualSpacing/>
    </w:pPr>
  </w:style>
  <w:style w:type="paragraph" w:styleId="33">
    <w:name w:val="List Number 3"/>
    <w:basedOn w:val="a0"/>
    <w:uiPriority w:val="99"/>
    <w:unhideWhenUsed/>
    <w:rsid w:val="0029639D"/>
    <w:pPr>
      <w:tabs>
        <w:tab w:val="num" w:pos="540"/>
      </w:tabs>
      <w:spacing w:after="80" w:line="300" w:lineRule="auto"/>
      <w:ind w:left="540" w:hanging="270"/>
      <w:contextualSpacing/>
    </w:pPr>
  </w:style>
  <w:style w:type="paragraph" w:styleId="ad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1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0"/>
    <w:next w:val="a0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1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0"/>
    <w:next w:val="a0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1"/>
    <w:uiPriority w:val="22"/>
    <w:qFormat/>
    <w:rsid w:val="00FC693F"/>
    <w:rPr>
      <w:b/>
      <w:bCs/>
    </w:rPr>
  </w:style>
  <w:style w:type="character" w:styleId="af2">
    <w:name w:val="Emphasis"/>
    <w:basedOn w:val="a1"/>
    <w:uiPriority w:val="20"/>
    <w:qFormat/>
    <w:rsid w:val="00FC693F"/>
    <w:rPr>
      <w:i/>
      <w:iCs/>
    </w:rPr>
  </w:style>
  <w:style w:type="paragraph" w:styleId="af3">
    <w:name w:val="Intense Quote"/>
    <w:basedOn w:val="a0"/>
    <w:next w:val="a0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1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BidBullet">
    <w:name w:val="Bid Bullet"/>
    <w:pPr>
      <w:tabs>
        <w:tab w:val="num" w:pos="540"/>
      </w:tabs>
      <w:spacing w:after="80" w:line="300" w:lineRule="auto"/>
      <w:ind w:left="540" w:hanging="270"/>
    </w:pPr>
    <w:rPr>
      <w:rFonts w:ascii="맑은 고딕" w:hAnsi="맑은 고딕"/>
      <w:sz w:val="20"/>
    </w:rPr>
  </w:style>
  <w:style w:type="paragraph" w:customStyle="1" w:styleId="BidNumber">
    <w:name w:val="Bid Number"/>
    <w:pPr>
      <w:tabs>
        <w:tab w:val="num" w:pos="540"/>
      </w:tabs>
      <w:spacing w:after="80" w:line="300" w:lineRule="auto"/>
      <w:ind w:left="540" w:hanging="270"/>
    </w:pPr>
    <w:rPr>
      <w:rFonts w:ascii="맑은 고딕" w:hAnsi="맑은 고딕"/>
      <w:sz w:val="20"/>
    </w:rPr>
  </w:style>
  <w:style w:type="character" w:styleId="aff1">
    <w:name w:val="Hyperlink"/>
    <w:basedOn w:val="a1"/>
    <w:uiPriority w:val="99"/>
    <w:unhideWhenUsed/>
    <w:rsid w:val="002722B1"/>
    <w:rPr>
      <w:color w:val="0000FF" w:themeColor="hyperlink"/>
      <w:u w:val="single"/>
    </w:rPr>
  </w:style>
  <w:style w:type="character" w:styleId="aff2">
    <w:name w:val="Unresolved Mention"/>
    <w:basedOn w:val="a1"/>
    <w:uiPriority w:val="99"/>
    <w:semiHidden/>
    <w:unhideWhenUsed/>
    <w:rsid w:val="002722B1"/>
    <w:rPr>
      <w:color w:val="605E5C"/>
      <w:shd w:val="clear" w:color="auto" w:fill="E1DFDD"/>
    </w:rPr>
  </w:style>
  <w:style w:type="paragraph" w:customStyle="1" w:styleId="artifact-docx-previewheading2">
    <w:name w:val="artifact-docx-preview_heading2"/>
    <w:basedOn w:val="a0"/>
    <w:rsid w:val="00A820D9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  <w:style w:type="paragraph" w:styleId="aff3">
    <w:name w:val="Normal (Web)"/>
    <w:basedOn w:val="a0"/>
    <w:uiPriority w:val="99"/>
    <w:semiHidden/>
    <w:unhideWhenUsed/>
    <w:rsid w:val="00A820D9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  <w:style w:type="paragraph" w:customStyle="1" w:styleId="isselectedend">
    <w:name w:val="isselectedend"/>
    <w:basedOn w:val="a0"/>
    <w:rsid w:val="00B6617A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8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i.ip00604@partner.sk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ki.ip02456@patner.sk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19</Pages>
  <Words>1801</Words>
  <Characters>10266</Characters>
  <Application>Microsoft Office Word</Application>
  <DocSecurity>0</DocSecurity>
  <Lines>85</Lines>
  <Paragraphs>24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2027시즌 제주 SK FC 일본 오키나와 전지훈련 운영 대행 용역 사업자 선정 입찰공고서</vt:lpstr>
      <vt:lpstr/>
    </vt:vector>
  </TitlesOfParts>
  <Manager/>
  <Company/>
  <LinksUpToDate>false</LinksUpToDate>
  <CharactersWithSpaces>12043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2027시즌 제주 SK FC 일본 오키나와 전지훈련 운영 대행 용역 사업자 선정 입찰공고서</dc:title>
  <dc:subject>입찰공고서, 과업내용서, 제안요청서 및 평가기준</dc:subject>
  <dc:creator>Jeju SK FC</dc:creator>
  <cp:keywords>제주 SK FC, 오키나와, 전지훈련, 입찰, 제안요청서</cp:keywords>
  <dc:description>검토용 초안</dc:description>
  <cp:lastModifiedBy>원일권(ILKWON WON)/제주SK FC/SKI</cp:lastModifiedBy>
  <cp:revision>3</cp:revision>
  <dcterms:created xsi:type="dcterms:W3CDTF">2026-09-10T04:17:00Z</dcterms:created>
  <dcterms:modified xsi:type="dcterms:W3CDTF">2026-09-10T04:20:00Z</dcterms:modified>
  <cp:category/>
</cp:coreProperties>
</file>